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844EB" w14:textId="77777777" w:rsidR="008A4C82" w:rsidRDefault="00000000">
      <w:pPr>
        <w:jc w:val="center"/>
      </w:pPr>
      <w:r>
        <w:rPr>
          <w:noProof/>
        </w:rPr>
        <w:drawing>
          <wp:inline distT="0" distB="0" distL="0" distR="0" wp14:anchorId="40A34411" wp14:editId="52770BA1">
            <wp:extent cx="4389120" cy="1708879"/>
            <wp:effectExtent l="0" t="0" r="0" b="0"/>
            <wp:docPr id="1" name="Picture 1" descr="Middle Georgia State University School of Aviation logo." title="Middle Georgia State University School of Avi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8"/>
                    <a:stretch>
                      <a:fillRect/>
                    </a:stretch>
                  </pic:blipFill>
                  <pic:spPr>
                    <a:xfrm>
                      <a:off x="0" y="0"/>
                      <a:ext cx="4389120" cy="1708879"/>
                    </a:xfrm>
                    <a:prstGeom prst="rect">
                      <a:avLst/>
                    </a:prstGeom>
                  </pic:spPr>
                </pic:pic>
              </a:graphicData>
            </a:graphic>
          </wp:inline>
        </w:drawing>
      </w:r>
    </w:p>
    <w:p w14:paraId="7168C4E8" w14:textId="77777777" w:rsidR="008A4C82" w:rsidRDefault="008A4C82"/>
    <w:p w14:paraId="5B56FACE" w14:textId="77777777" w:rsidR="008A4C82" w:rsidRDefault="00000000">
      <w:pPr>
        <w:pStyle w:val="Title"/>
        <w:jc w:val="center"/>
      </w:pPr>
      <w:r>
        <w:t>Faculty Handbook 2026-2027</w:t>
      </w:r>
    </w:p>
    <w:p w14:paraId="32E09ADC" w14:textId="77777777" w:rsidR="008A4C82" w:rsidRDefault="00000000">
      <w:pPr>
        <w:jc w:val="center"/>
      </w:pPr>
      <w:r>
        <w:t>School of Aviation</w:t>
      </w:r>
    </w:p>
    <w:p w14:paraId="6DA1C495" w14:textId="77777777" w:rsidR="008A4C82" w:rsidRDefault="00000000">
      <w:pPr>
        <w:jc w:val="center"/>
      </w:pPr>
      <w:r>
        <w:t>Department of Aviation Science &amp; Management</w:t>
      </w:r>
    </w:p>
    <w:p w14:paraId="71FF8016" w14:textId="77777777" w:rsidR="008A4C82" w:rsidRDefault="00000000">
      <w:pPr>
        <w:jc w:val="center"/>
      </w:pPr>
      <w:r>
        <w:t>Department of Aviation Maintenance &amp; Structural Technology</w:t>
      </w:r>
    </w:p>
    <w:p w14:paraId="71E1C4D9" w14:textId="77777777" w:rsidR="008A4C82" w:rsidRDefault="00000000">
      <w:r>
        <w:br w:type="page"/>
      </w:r>
    </w:p>
    <w:p w14:paraId="7D49B895" w14:textId="77777777" w:rsidR="008A4C82" w:rsidRDefault="00000000">
      <w:pPr>
        <w:pStyle w:val="Heading1"/>
        <w:spacing w:after="100"/>
      </w:pPr>
      <w:bookmarkStart w:id="0" w:name="TOC_TOP"/>
      <w:r>
        <w:lastRenderedPageBreak/>
        <w:t>Table of Contents</w:t>
      </w:r>
      <w:bookmarkEnd w:id="0"/>
    </w:p>
    <w:p w14:paraId="103B20CC" w14:textId="77777777" w:rsidR="008A4C82" w:rsidRDefault="008A4C82">
      <w:pPr>
        <w:spacing w:after="40"/>
      </w:pPr>
      <w:hyperlink w:anchor="hbk_1" w:history="1">
        <w:r>
          <w:rPr>
            <w:color w:val="0563C1"/>
            <w:u w:val="single"/>
          </w:rPr>
          <w:t>1. Introduction</w:t>
        </w:r>
      </w:hyperlink>
    </w:p>
    <w:p w14:paraId="4765DE8B" w14:textId="77777777" w:rsidR="008A4C82" w:rsidRDefault="008A4C82">
      <w:pPr>
        <w:spacing w:after="40"/>
        <w:ind w:left="360"/>
      </w:pPr>
      <w:hyperlink w:anchor="hbk_2" w:history="1">
        <w:r>
          <w:rPr>
            <w:color w:val="0563C1"/>
            <w:u w:val="single"/>
          </w:rPr>
          <w:t>Message from the Dean</w:t>
        </w:r>
      </w:hyperlink>
    </w:p>
    <w:p w14:paraId="2A174953" w14:textId="77777777" w:rsidR="008A4C82" w:rsidRDefault="008A4C82">
      <w:pPr>
        <w:spacing w:after="40"/>
      </w:pPr>
      <w:hyperlink w:anchor="hbk_3" w:history="1">
        <w:r>
          <w:rPr>
            <w:color w:val="0563C1"/>
            <w:u w:val="single"/>
          </w:rPr>
          <w:t>2. About the School</w:t>
        </w:r>
      </w:hyperlink>
    </w:p>
    <w:p w14:paraId="5A64ABEC" w14:textId="77777777" w:rsidR="008A4C82" w:rsidRDefault="008A4C82">
      <w:pPr>
        <w:spacing w:after="40"/>
        <w:ind w:left="360"/>
      </w:pPr>
      <w:hyperlink w:anchor="hbk_4" w:history="1">
        <w:r>
          <w:rPr>
            <w:color w:val="0563C1"/>
            <w:u w:val="single"/>
          </w:rPr>
          <w:t>Vision</w:t>
        </w:r>
      </w:hyperlink>
    </w:p>
    <w:p w14:paraId="63247478" w14:textId="77777777" w:rsidR="008A4C82" w:rsidRDefault="008A4C82">
      <w:pPr>
        <w:spacing w:after="40"/>
        <w:ind w:left="360"/>
      </w:pPr>
      <w:hyperlink w:anchor="hbk_5" w:history="1">
        <w:r>
          <w:rPr>
            <w:color w:val="0563C1"/>
            <w:u w:val="single"/>
          </w:rPr>
          <w:t>Mission</w:t>
        </w:r>
      </w:hyperlink>
    </w:p>
    <w:p w14:paraId="0895037A" w14:textId="77777777" w:rsidR="008A4C82" w:rsidRDefault="008A4C82">
      <w:pPr>
        <w:spacing w:after="40"/>
        <w:ind w:left="360"/>
      </w:pPr>
      <w:hyperlink w:anchor="hbk_6" w:history="1">
        <w:r>
          <w:rPr>
            <w:color w:val="0563C1"/>
            <w:u w:val="single"/>
          </w:rPr>
          <w:t>Unit Goals</w:t>
        </w:r>
      </w:hyperlink>
    </w:p>
    <w:p w14:paraId="57B317AA" w14:textId="77777777" w:rsidR="008A4C82" w:rsidRDefault="008A4C82">
      <w:pPr>
        <w:spacing w:after="40"/>
        <w:ind w:left="360"/>
      </w:pPr>
      <w:hyperlink w:anchor="hbk_7" w:history="1">
        <w:r>
          <w:rPr>
            <w:color w:val="0563C1"/>
            <w:u w:val="single"/>
          </w:rPr>
          <w:t>School of Aviation Departments and Programs</w:t>
        </w:r>
      </w:hyperlink>
    </w:p>
    <w:p w14:paraId="0C9FC561" w14:textId="77777777" w:rsidR="008A4C82" w:rsidRDefault="008A4C82">
      <w:pPr>
        <w:spacing w:after="40"/>
        <w:ind w:left="360"/>
      </w:pPr>
      <w:hyperlink w:anchor="hbk_8" w:history="1">
        <w:r>
          <w:rPr>
            <w:color w:val="0563C1"/>
            <w:u w:val="single"/>
          </w:rPr>
          <w:t>Program Accreditation</w:t>
        </w:r>
      </w:hyperlink>
    </w:p>
    <w:p w14:paraId="6863CDF0" w14:textId="77777777" w:rsidR="008A4C82" w:rsidRDefault="008A4C82">
      <w:pPr>
        <w:spacing w:after="40"/>
        <w:ind w:left="360"/>
      </w:pPr>
      <w:hyperlink w:anchor="hbk_9" w:history="1">
        <w:r>
          <w:rPr>
            <w:color w:val="0563C1"/>
            <w:u w:val="single"/>
          </w:rPr>
          <w:t>Organizational Chart</w:t>
        </w:r>
      </w:hyperlink>
    </w:p>
    <w:p w14:paraId="57E056C3" w14:textId="77777777" w:rsidR="008A4C82" w:rsidRDefault="008A4C82">
      <w:pPr>
        <w:spacing w:after="40"/>
      </w:pPr>
      <w:hyperlink w:anchor="hbk_10" w:history="1">
        <w:r>
          <w:rPr>
            <w:color w:val="0563C1"/>
            <w:u w:val="single"/>
          </w:rPr>
          <w:t>3. Administrative Policies and Procedures</w:t>
        </w:r>
      </w:hyperlink>
    </w:p>
    <w:p w14:paraId="546D6A3A" w14:textId="77777777" w:rsidR="008A4C82" w:rsidRDefault="008A4C82">
      <w:pPr>
        <w:spacing w:after="40"/>
        <w:ind w:left="360"/>
      </w:pPr>
      <w:hyperlink w:anchor="hbk_11" w:history="1">
        <w:r>
          <w:rPr>
            <w:color w:val="0563C1"/>
            <w:u w:val="single"/>
          </w:rPr>
          <w:t>Faculty Meetings and Committee Participation</w:t>
        </w:r>
      </w:hyperlink>
    </w:p>
    <w:p w14:paraId="049128C9" w14:textId="77777777" w:rsidR="008A4C82" w:rsidRDefault="008A4C82">
      <w:pPr>
        <w:spacing w:after="40"/>
        <w:ind w:left="360"/>
      </w:pPr>
      <w:hyperlink w:anchor="hbk_12" w:history="1">
        <w:r>
          <w:rPr>
            <w:color w:val="0563C1"/>
            <w:u w:val="single"/>
          </w:rPr>
          <w:t>Absences and Sick Leave</w:t>
        </w:r>
      </w:hyperlink>
    </w:p>
    <w:p w14:paraId="4FD66835" w14:textId="77777777" w:rsidR="008A4C82" w:rsidRDefault="008A4C82">
      <w:pPr>
        <w:spacing w:after="40"/>
        <w:ind w:left="360"/>
      </w:pPr>
      <w:hyperlink w:anchor="hbk_13" w:history="1">
        <w:r>
          <w:rPr>
            <w:color w:val="0563C1"/>
            <w:u w:val="single"/>
          </w:rPr>
          <w:t>Guidelines for Office Hours</w:t>
        </w:r>
      </w:hyperlink>
    </w:p>
    <w:p w14:paraId="6F689424" w14:textId="77777777" w:rsidR="008A4C82" w:rsidRDefault="008A4C82">
      <w:pPr>
        <w:spacing w:after="40"/>
        <w:ind w:left="360"/>
      </w:pPr>
      <w:hyperlink w:anchor="hbk_14" w:history="1">
        <w:r>
          <w:rPr>
            <w:color w:val="0563C1"/>
            <w:u w:val="single"/>
          </w:rPr>
          <w:t>Travel</w:t>
        </w:r>
      </w:hyperlink>
    </w:p>
    <w:p w14:paraId="1A080F95" w14:textId="77777777" w:rsidR="008A4C82" w:rsidRDefault="008A4C82">
      <w:pPr>
        <w:spacing w:after="40"/>
        <w:ind w:left="360"/>
      </w:pPr>
      <w:hyperlink w:anchor="hbk_15" w:history="1">
        <w:r>
          <w:rPr>
            <w:color w:val="0563C1"/>
            <w:u w:val="single"/>
          </w:rPr>
          <w:t>Professional Conduct</w:t>
        </w:r>
      </w:hyperlink>
    </w:p>
    <w:p w14:paraId="424A8D30" w14:textId="77777777" w:rsidR="008A4C82" w:rsidRDefault="008A4C82">
      <w:pPr>
        <w:spacing w:after="40"/>
        <w:ind w:left="360"/>
      </w:pPr>
      <w:hyperlink w:anchor="hbk_16" w:history="1">
        <w:r>
          <w:rPr>
            <w:color w:val="0563C1"/>
            <w:u w:val="single"/>
          </w:rPr>
          <w:t>Political Activity</w:t>
        </w:r>
      </w:hyperlink>
    </w:p>
    <w:p w14:paraId="41173DE8" w14:textId="77777777" w:rsidR="008A4C82" w:rsidRDefault="008A4C82">
      <w:pPr>
        <w:spacing w:after="40"/>
        <w:ind w:left="360"/>
      </w:pPr>
      <w:hyperlink w:anchor="hbk_17" w:history="1">
        <w:r>
          <w:rPr>
            <w:color w:val="0563C1"/>
            <w:u w:val="single"/>
          </w:rPr>
          <w:t>Social Media</w:t>
        </w:r>
      </w:hyperlink>
    </w:p>
    <w:p w14:paraId="33AED475" w14:textId="77777777" w:rsidR="008A4C82" w:rsidRDefault="008A4C82">
      <w:pPr>
        <w:spacing w:after="40"/>
        <w:ind w:left="360"/>
      </w:pPr>
      <w:hyperlink w:anchor="hbk_18" w:history="1">
        <w:r>
          <w:rPr>
            <w:color w:val="0563C1"/>
            <w:u w:val="single"/>
          </w:rPr>
          <w:t>Email Signatures</w:t>
        </w:r>
      </w:hyperlink>
    </w:p>
    <w:p w14:paraId="55196AEA" w14:textId="77777777" w:rsidR="008A4C82" w:rsidRDefault="008A4C82">
      <w:pPr>
        <w:spacing w:after="40"/>
        <w:ind w:left="360"/>
      </w:pPr>
      <w:hyperlink w:anchor="hbk_19" w:history="1">
        <w:r>
          <w:rPr>
            <w:color w:val="0563C1"/>
            <w:u w:val="single"/>
          </w:rPr>
          <w:t>Directory Profile</w:t>
        </w:r>
      </w:hyperlink>
    </w:p>
    <w:p w14:paraId="4B2767C0" w14:textId="77777777" w:rsidR="008A4C82" w:rsidRDefault="008A4C82">
      <w:pPr>
        <w:spacing w:after="40"/>
        <w:ind w:left="360"/>
      </w:pPr>
      <w:hyperlink w:anchor="hbk_20" w:history="1">
        <w:r>
          <w:rPr>
            <w:color w:val="0563C1"/>
            <w:u w:val="single"/>
          </w:rPr>
          <w:t>Required Pre-Authorization Actions</w:t>
        </w:r>
      </w:hyperlink>
    </w:p>
    <w:p w14:paraId="41C41B4C" w14:textId="77777777" w:rsidR="008A4C82" w:rsidRDefault="008A4C82">
      <w:pPr>
        <w:spacing w:after="40"/>
        <w:ind w:left="360"/>
      </w:pPr>
      <w:hyperlink w:anchor="hbk_21" w:history="1">
        <w:r>
          <w:rPr>
            <w:color w:val="0563C1"/>
            <w:u w:val="single"/>
          </w:rPr>
          <w:t>Children on Campus</w:t>
        </w:r>
      </w:hyperlink>
    </w:p>
    <w:p w14:paraId="1B5817B1" w14:textId="77777777" w:rsidR="008A4C82" w:rsidRDefault="008A4C82">
      <w:pPr>
        <w:spacing w:after="40"/>
        <w:ind w:left="360"/>
      </w:pPr>
      <w:hyperlink w:anchor="hbk_22" w:history="1">
        <w:r>
          <w:rPr>
            <w:color w:val="0563C1"/>
            <w:u w:val="single"/>
          </w:rPr>
          <w:t>Outside Activities</w:t>
        </w:r>
      </w:hyperlink>
    </w:p>
    <w:p w14:paraId="1D91960D" w14:textId="77777777" w:rsidR="008A4C82" w:rsidRDefault="008A4C82">
      <w:pPr>
        <w:spacing w:after="40"/>
        <w:ind w:left="360"/>
      </w:pPr>
      <w:hyperlink w:anchor="hbk_23" w:history="1">
        <w:r>
          <w:rPr>
            <w:color w:val="0563C1"/>
            <w:u w:val="single"/>
          </w:rPr>
          <w:t>Attendance at Graduation Ceremonies</w:t>
        </w:r>
      </w:hyperlink>
    </w:p>
    <w:p w14:paraId="753645C3" w14:textId="77777777" w:rsidR="008A4C82" w:rsidRDefault="008A4C82">
      <w:pPr>
        <w:spacing w:after="40"/>
      </w:pPr>
      <w:hyperlink w:anchor="hbk_24" w:history="1">
        <w:r>
          <w:rPr>
            <w:color w:val="0563C1"/>
            <w:u w:val="single"/>
          </w:rPr>
          <w:t>4. Instructional Policies</w:t>
        </w:r>
      </w:hyperlink>
    </w:p>
    <w:p w14:paraId="3E1F5043" w14:textId="77777777" w:rsidR="008A4C82" w:rsidRDefault="008A4C82">
      <w:pPr>
        <w:spacing w:after="40"/>
        <w:ind w:left="360"/>
      </w:pPr>
      <w:hyperlink w:anchor="hbk_25" w:history="1">
        <w:r>
          <w:rPr>
            <w:color w:val="0563C1"/>
            <w:u w:val="single"/>
          </w:rPr>
          <w:t>Classroom and Laboratory Expectations</w:t>
        </w:r>
      </w:hyperlink>
    </w:p>
    <w:p w14:paraId="5256EF15" w14:textId="77777777" w:rsidR="008A4C82" w:rsidRDefault="008A4C82">
      <w:pPr>
        <w:spacing w:after="40"/>
        <w:ind w:left="360"/>
      </w:pPr>
      <w:hyperlink w:anchor="hbk_26" w:history="1">
        <w:r>
          <w:rPr>
            <w:color w:val="0563C1"/>
            <w:u w:val="single"/>
          </w:rPr>
          <w:t>Course Syllabus Requirements</w:t>
        </w:r>
      </w:hyperlink>
    </w:p>
    <w:p w14:paraId="6C1EE32D" w14:textId="77777777" w:rsidR="008A4C82" w:rsidRDefault="008A4C82">
      <w:pPr>
        <w:spacing w:after="40"/>
        <w:ind w:left="360"/>
      </w:pPr>
      <w:hyperlink w:anchor="hbk_27" w:history="1">
        <w:r>
          <w:rPr>
            <w:color w:val="0563C1"/>
            <w:u w:val="single"/>
          </w:rPr>
          <w:t>Online and Hybrid Course Expectations</w:t>
        </w:r>
      </w:hyperlink>
    </w:p>
    <w:p w14:paraId="77FE1A6C" w14:textId="77777777" w:rsidR="008A4C82" w:rsidRDefault="008A4C82">
      <w:pPr>
        <w:spacing w:after="40"/>
        <w:ind w:left="360"/>
      </w:pPr>
      <w:hyperlink w:anchor="hbk_28" w:history="1">
        <w:r>
          <w:rPr>
            <w:color w:val="0563C1"/>
            <w:u w:val="single"/>
          </w:rPr>
          <w:t>Communication and Grading</w:t>
        </w:r>
      </w:hyperlink>
    </w:p>
    <w:p w14:paraId="6A48A2C8" w14:textId="77777777" w:rsidR="008A4C82" w:rsidRDefault="008A4C82">
      <w:pPr>
        <w:spacing w:after="40"/>
        <w:ind w:left="360"/>
      </w:pPr>
      <w:hyperlink w:anchor="hbk_29" w:history="1">
        <w:r>
          <w:rPr>
            <w:color w:val="0563C1"/>
            <w:u w:val="single"/>
          </w:rPr>
          <w:t>Student Attendance and Academic Engagement</w:t>
        </w:r>
      </w:hyperlink>
    </w:p>
    <w:p w14:paraId="7F99D51A" w14:textId="77777777" w:rsidR="008A4C82" w:rsidRDefault="008A4C82">
      <w:pPr>
        <w:spacing w:after="40"/>
        <w:ind w:left="360"/>
      </w:pPr>
      <w:hyperlink w:anchor="hbk_30" w:history="1">
        <w:r>
          <w:rPr>
            <w:color w:val="0563C1"/>
            <w:u w:val="single"/>
          </w:rPr>
          <w:t>Hybrid/Blended Courses</w:t>
        </w:r>
      </w:hyperlink>
    </w:p>
    <w:p w14:paraId="4B914FB7" w14:textId="77777777" w:rsidR="008A4C82" w:rsidRDefault="008A4C82">
      <w:pPr>
        <w:spacing w:after="40"/>
        <w:ind w:left="360"/>
      </w:pPr>
      <w:hyperlink w:anchor="hbk_31" w:history="1">
        <w:r>
          <w:rPr>
            <w:color w:val="0563C1"/>
            <w:u w:val="single"/>
          </w:rPr>
          <w:t>Textbook and Course Material Adoption</w:t>
        </w:r>
      </w:hyperlink>
    </w:p>
    <w:p w14:paraId="20ABF055" w14:textId="77777777" w:rsidR="008A4C82" w:rsidRDefault="008A4C82">
      <w:pPr>
        <w:spacing w:after="40"/>
      </w:pPr>
      <w:hyperlink w:anchor="hbk_32" w:history="1">
        <w:r>
          <w:rPr>
            <w:color w:val="0563C1"/>
            <w:u w:val="single"/>
          </w:rPr>
          <w:t>5. Faculty Employment and Credentialing</w:t>
        </w:r>
      </w:hyperlink>
    </w:p>
    <w:p w14:paraId="7F2F9FFA" w14:textId="77777777" w:rsidR="008A4C82" w:rsidRDefault="008A4C82">
      <w:pPr>
        <w:spacing w:after="40"/>
        <w:ind w:left="360"/>
      </w:pPr>
      <w:hyperlink w:anchor="hbk_33" w:history="1">
        <w:r>
          <w:rPr>
            <w:color w:val="0563C1"/>
            <w:u w:val="single"/>
          </w:rPr>
          <w:t>Part-Time and Full-Time Faculty</w:t>
        </w:r>
      </w:hyperlink>
    </w:p>
    <w:p w14:paraId="61193560" w14:textId="77777777" w:rsidR="008A4C82" w:rsidRDefault="008A4C82">
      <w:pPr>
        <w:spacing w:after="40"/>
        <w:ind w:left="360"/>
      </w:pPr>
      <w:hyperlink w:anchor="hbk_34" w:history="1">
        <w:r>
          <w:rPr>
            <w:color w:val="0563C1"/>
            <w:u w:val="single"/>
          </w:rPr>
          <w:t>Qualifications and Credentialing</w:t>
        </w:r>
      </w:hyperlink>
    </w:p>
    <w:p w14:paraId="1F2191F2" w14:textId="77777777" w:rsidR="008A4C82" w:rsidRDefault="008A4C82">
      <w:pPr>
        <w:spacing w:after="40"/>
        <w:ind w:left="360"/>
      </w:pPr>
      <w:hyperlink w:anchor="hbk_35" w:history="1">
        <w:r>
          <w:rPr>
            <w:color w:val="0563C1"/>
            <w:u w:val="single"/>
          </w:rPr>
          <w:t>Retirement and Resignation</w:t>
        </w:r>
      </w:hyperlink>
    </w:p>
    <w:p w14:paraId="65E8C43B" w14:textId="77777777" w:rsidR="008A4C82" w:rsidRDefault="008A4C82">
      <w:pPr>
        <w:spacing w:after="40"/>
      </w:pPr>
      <w:hyperlink w:anchor="hbk_36" w:history="1">
        <w:r>
          <w:rPr>
            <w:color w:val="0563C1"/>
            <w:u w:val="single"/>
          </w:rPr>
          <w:t>6. Faculty Rights and Responsibilities</w:t>
        </w:r>
      </w:hyperlink>
    </w:p>
    <w:p w14:paraId="2DBD0B0A" w14:textId="77777777" w:rsidR="008A4C82" w:rsidRDefault="008A4C82">
      <w:pPr>
        <w:spacing w:after="40"/>
        <w:ind w:left="360"/>
      </w:pPr>
      <w:hyperlink w:anchor="hbk_37" w:history="1">
        <w:r>
          <w:rPr>
            <w:color w:val="0563C1"/>
            <w:u w:val="single"/>
          </w:rPr>
          <w:t>Workload Policy</w:t>
        </w:r>
      </w:hyperlink>
    </w:p>
    <w:p w14:paraId="485D3EEC" w14:textId="77777777" w:rsidR="008A4C82" w:rsidRDefault="008A4C82">
      <w:pPr>
        <w:spacing w:after="40"/>
        <w:ind w:left="360"/>
      </w:pPr>
      <w:hyperlink w:anchor="hbk_38" w:history="1">
        <w:r>
          <w:rPr>
            <w:color w:val="0563C1"/>
            <w:u w:val="single"/>
          </w:rPr>
          <w:t>Teaching and Advising</w:t>
        </w:r>
      </w:hyperlink>
    </w:p>
    <w:p w14:paraId="3C43B7BB" w14:textId="77777777" w:rsidR="008A4C82" w:rsidRDefault="008A4C82">
      <w:pPr>
        <w:spacing w:after="40"/>
        <w:ind w:left="360"/>
      </w:pPr>
      <w:hyperlink w:anchor="hbk_39" w:history="1">
        <w:r>
          <w:rPr>
            <w:color w:val="0563C1"/>
            <w:u w:val="single"/>
          </w:rPr>
          <w:t>Scholarship</w:t>
        </w:r>
      </w:hyperlink>
    </w:p>
    <w:p w14:paraId="0CEC4C2A" w14:textId="77777777" w:rsidR="008A4C82" w:rsidRDefault="008A4C82">
      <w:pPr>
        <w:spacing w:after="40"/>
        <w:ind w:left="360"/>
      </w:pPr>
      <w:hyperlink w:anchor="hbk_40" w:history="1">
        <w:r>
          <w:rPr>
            <w:color w:val="0563C1"/>
            <w:u w:val="single"/>
          </w:rPr>
          <w:t>Service</w:t>
        </w:r>
      </w:hyperlink>
    </w:p>
    <w:p w14:paraId="6032A8D2" w14:textId="77777777" w:rsidR="008A4C82" w:rsidRDefault="008A4C82">
      <w:pPr>
        <w:spacing w:after="40"/>
        <w:ind w:left="360"/>
      </w:pPr>
      <w:hyperlink w:anchor="hbk_41" w:history="1">
        <w:r>
          <w:rPr>
            <w:color w:val="0563C1"/>
            <w:u w:val="single"/>
          </w:rPr>
          <w:t>Professional Development</w:t>
        </w:r>
      </w:hyperlink>
    </w:p>
    <w:p w14:paraId="128357A9" w14:textId="77777777" w:rsidR="008A4C82" w:rsidRDefault="008A4C82">
      <w:pPr>
        <w:spacing w:after="40"/>
        <w:ind w:left="360"/>
      </w:pPr>
      <w:hyperlink w:anchor="hbk_42" w:history="1">
        <w:r>
          <w:rPr>
            <w:color w:val="0563C1"/>
            <w:u w:val="single"/>
          </w:rPr>
          <w:t>Faculty Teaching Load and Overload</w:t>
        </w:r>
      </w:hyperlink>
    </w:p>
    <w:p w14:paraId="53C699ED" w14:textId="77777777" w:rsidR="008A4C82" w:rsidRDefault="008A4C82">
      <w:pPr>
        <w:spacing w:after="40"/>
      </w:pPr>
      <w:hyperlink w:anchor="hbk_43" w:history="1">
        <w:r>
          <w:rPr>
            <w:color w:val="0563C1"/>
            <w:u w:val="single"/>
          </w:rPr>
          <w:t>7. Faculty Performance</w:t>
        </w:r>
      </w:hyperlink>
    </w:p>
    <w:p w14:paraId="050C0765" w14:textId="77777777" w:rsidR="008A4C82" w:rsidRDefault="008A4C82">
      <w:pPr>
        <w:spacing w:after="40"/>
        <w:ind w:left="360"/>
      </w:pPr>
      <w:hyperlink w:anchor="hbk_44" w:history="1">
        <w:r>
          <w:rPr>
            <w:color w:val="0563C1"/>
            <w:u w:val="single"/>
          </w:rPr>
          <w:t>Annual Evaluation</w:t>
        </w:r>
      </w:hyperlink>
    </w:p>
    <w:p w14:paraId="39846F8E" w14:textId="77777777" w:rsidR="008A4C82" w:rsidRDefault="008A4C82">
      <w:pPr>
        <w:ind w:left="360"/>
      </w:pPr>
      <w:hyperlink w:anchor="soa_eval_guidelines" w:history="1">
        <w:r>
          <w:rPr>
            <w:color w:val="0563C1"/>
            <w:u w:val="single"/>
          </w:rPr>
          <w:t>School of Aviation Faculty Evaluation Guidelines</w:t>
        </w:r>
      </w:hyperlink>
    </w:p>
    <w:p w14:paraId="28B86777" w14:textId="77777777" w:rsidR="008A4C82" w:rsidRDefault="008A4C82">
      <w:pPr>
        <w:spacing w:after="40"/>
        <w:ind w:left="360"/>
      </w:pPr>
      <w:hyperlink w:anchor="hbk_45" w:history="1">
        <w:r>
          <w:rPr>
            <w:color w:val="0563C1"/>
            <w:u w:val="single"/>
          </w:rPr>
          <w:t>Academic Portfolios</w:t>
        </w:r>
      </w:hyperlink>
    </w:p>
    <w:p w14:paraId="456601A5" w14:textId="77777777" w:rsidR="008A4C82" w:rsidRDefault="008A4C82">
      <w:pPr>
        <w:spacing w:after="40"/>
        <w:ind w:left="360"/>
      </w:pPr>
      <w:hyperlink w:anchor="hbk_46" w:history="1">
        <w:r>
          <w:rPr>
            <w:color w:val="0563C1"/>
            <w:u w:val="single"/>
          </w:rPr>
          <w:t>Pre-Tenure/Third-Year Review</w:t>
        </w:r>
      </w:hyperlink>
    </w:p>
    <w:p w14:paraId="7559E05E" w14:textId="77777777" w:rsidR="008A4C82" w:rsidRDefault="008A4C82">
      <w:pPr>
        <w:spacing w:after="40"/>
        <w:ind w:left="360"/>
      </w:pPr>
      <w:hyperlink w:anchor="hbk_47" w:history="1">
        <w:r>
          <w:rPr>
            <w:color w:val="0563C1"/>
            <w:u w:val="single"/>
          </w:rPr>
          <w:t>Promotion</w:t>
        </w:r>
      </w:hyperlink>
    </w:p>
    <w:p w14:paraId="140176A7" w14:textId="77777777" w:rsidR="008A4C82" w:rsidRDefault="008A4C82">
      <w:pPr>
        <w:spacing w:after="40"/>
        <w:ind w:left="360"/>
      </w:pPr>
      <w:hyperlink w:anchor="hbk_48" w:history="1">
        <w:r>
          <w:rPr>
            <w:color w:val="0563C1"/>
            <w:u w:val="single"/>
          </w:rPr>
          <w:t>Tenure</w:t>
        </w:r>
      </w:hyperlink>
    </w:p>
    <w:p w14:paraId="1731ABED" w14:textId="77777777" w:rsidR="008A4C82" w:rsidRDefault="008A4C82">
      <w:pPr>
        <w:spacing w:after="40"/>
        <w:ind w:left="360"/>
      </w:pPr>
      <w:hyperlink w:anchor="hbk_49" w:history="1">
        <w:r>
          <w:rPr>
            <w:color w:val="0563C1"/>
            <w:u w:val="single"/>
          </w:rPr>
          <w:t>Post-Tenure Review</w:t>
        </w:r>
      </w:hyperlink>
    </w:p>
    <w:p w14:paraId="679D72F8" w14:textId="77777777" w:rsidR="008A4C82" w:rsidRDefault="008A4C82">
      <w:pPr>
        <w:spacing w:after="40"/>
      </w:pPr>
      <w:hyperlink w:anchor="hbk_50" w:history="1">
        <w:r>
          <w:rPr>
            <w:color w:val="0563C1"/>
            <w:u w:val="single"/>
          </w:rPr>
          <w:t>8. School and Department Committees</w:t>
        </w:r>
      </w:hyperlink>
    </w:p>
    <w:p w14:paraId="1E508610" w14:textId="77777777" w:rsidR="008A4C82" w:rsidRDefault="008A4C82">
      <w:pPr>
        <w:spacing w:after="40"/>
      </w:pPr>
      <w:hyperlink w:anchor="hbk_51" w:history="1">
        <w:r>
          <w:rPr>
            <w:color w:val="0563C1"/>
            <w:u w:val="single"/>
          </w:rPr>
          <w:t>9. Other Policies and Procedures</w:t>
        </w:r>
      </w:hyperlink>
    </w:p>
    <w:p w14:paraId="1233D1DB" w14:textId="77777777" w:rsidR="008A4C82" w:rsidRDefault="008A4C82">
      <w:pPr>
        <w:spacing w:after="40"/>
        <w:ind w:left="360"/>
      </w:pPr>
      <w:hyperlink w:anchor="hbk_52" w:history="1">
        <w:r>
          <w:rPr>
            <w:color w:val="0563C1"/>
            <w:u w:val="single"/>
          </w:rPr>
          <w:t>Student Organizations</w:t>
        </w:r>
      </w:hyperlink>
    </w:p>
    <w:p w14:paraId="69068151" w14:textId="77777777" w:rsidR="008A4C82" w:rsidRDefault="008A4C82">
      <w:pPr>
        <w:spacing w:after="40"/>
        <w:ind w:left="360"/>
      </w:pPr>
      <w:hyperlink w:anchor="hbk_53" w:history="1">
        <w:r>
          <w:rPr>
            <w:color w:val="0563C1"/>
            <w:u w:val="single"/>
          </w:rPr>
          <w:t>Communication and Inside MGA</w:t>
        </w:r>
      </w:hyperlink>
    </w:p>
    <w:p w14:paraId="399BFA8F" w14:textId="77777777" w:rsidR="008A4C82" w:rsidRDefault="008A4C82">
      <w:pPr>
        <w:spacing w:after="40"/>
        <w:ind w:left="360"/>
      </w:pPr>
      <w:hyperlink w:anchor="hbk_55" w:history="1">
        <w:r>
          <w:rPr>
            <w:color w:val="0563C1"/>
            <w:u w:val="single"/>
          </w:rPr>
          <w:t>Reserving Conference Rooms and Academic Space</w:t>
        </w:r>
      </w:hyperlink>
    </w:p>
    <w:p w14:paraId="2FE81CA3" w14:textId="77777777" w:rsidR="008A4C82" w:rsidRDefault="008A4C82">
      <w:pPr>
        <w:spacing w:after="40"/>
        <w:ind w:left="360"/>
      </w:pPr>
      <w:hyperlink w:anchor="hbk_56" w:history="1">
        <w:r>
          <w:rPr>
            <w:color w:val="0563C1"/>
            <w:u w:val="single"/>
          </w:rPr>
          <w:t>Employee Mental Health Services</w:t>
        </w:r>
      </w:hyperlink>
    </w:p>
    <w:p w14:paraId="769F6723" w14:textId="77777777" w:rsidR="008A4C82" w:rsidRDefault="008A4C82">
      <w:pPr>
        <w:spacing w:after="40"/>
        <w:ind w:left="360"/>
      </w:pPr>
      <w:hyperlink w:anchor="hbk_57" w:history="1">
        <w:r>
          <w:rPr>
            <w:color w:val="0563C1"/>
            <w:u w:val="single"/>
          </w:rPr>
          <w:t>Student Mental Health Services</w:t>
        </w:r>
      </w:hyperlink>
    </w:p>
    <w:p w14:paraId="5C44A652" w14:textId="77777777" w:rsidR="008A4C82" w:rsidRDefault="008A4C82">
      <w:pPr>
        <w:spacing w:after="40"/>
        <w:ind w:left="360"/>
      </w:pPr>
      <w:hyperlink w:anchor="hbk_58" w:history="1">
        <w:r>
          <w:rPr>
            <w:color w:val="0563C1"/>
            <w:u w:val="single"/>
          </w:rPr>
          <w:t>Service and Assistance Animals</w:t>
        </w:r>
      </w:hyperlink>
    </w:p>
    <w:p w14:paraId="50AD7453" w14:textId="77777777" w:rsidR="008A4C82" w:rsidRDefault="008A4C82">
      <w:pPr>
        <w:spacing w:after="40"/>
        <w:ind w:left="360"/>
      </w:pPr>
      <w:hyperlink w:anchor="hbk_59" w:history="1">
        <w:r>
          <w:rPr>
            <w:color w:val="0563C1"/>
            <w:u w:val="single"/>
          </w:rPr>
          <w:t>Accessibility Services</w:t>
        </w:r>
      </w:hyperlink>
    </w:p>
    <w:p w14:paraId="29547A82" w14:textId="77777777" w:rsidR="008A4C82" w:rsidRDefault="00000000">
      <w:r>
        <w:br w:type="page"/>
      </w:r>
    </w:p>
    <w:p w14:paraId="28EC8559" w14:textId="77777777" w:rsidR="008A4C82" w:rsidRDefault="00000000">
      <w:pPr>
        <w:pStyle w:val="Heading1"/>
      </w:pPr>
      <w:bookmarkStart w:id="1" w:name="hbk_1"/>
      <w:r>
        <w:lastRenderedPageBreak/>
        <w:t>1. Introduction</w:t>
      </w:r>
      <w:bookmarkEnd w:id="1"/>
    </w:p>
    <w:p w14:paraId="14C4830C" w14:textId="77777777" w:rsidR="008A4C82" w:rsidRDefault="00000000">
      <w:pPr>
        <w:pStyle w:val="Heading2"/>
      </w:pPr>
      <w:bookmarkStart w:id="2" w:name="hbk_2"/>
      <w:r>
        <w:t>Message from the Dean</w:t>
      </w:r>
      <w:bookmarkEnd w:id="2"/>
    </w:p>
    <w:p w14:paraId="51E4236C" w14:textId="77777777" w:rsidR="008A4C82" w:rsidRDefault="00000000">
      <w:pPr>
        <w:spacing w:after="100"/>
      </w:pPr>
      <w:r>
        <w:t>The School of Aviation Faculty Handbook provides School-specific guidance, expectations, and procedures for faculty. It supplements, but does not supersede, policies contained in the USG Policy Manual, USG Academic and Student Affairs Handbook, Middle Georgia State University policies, or the MGA Faculty Handbook. The guidelines contained herein are intended to help faculty members understand the culture and expectations within the School of Aviation and to provide guidance regarding teaching, scholarship, service, and other faculty responsibilities.</w:t>
      </w:r>
    </w:p>
    <w:p w14:paraId="382FCBB0" w14:textId="77777777" w:rsidR="008A4C82" w:rsidRDefault="00000000">
      <w:pPr>
        <w:spacing w:after="100"/>
      </w:pPr>
      <w:r>
        <w:t>The handbook has been prepared for the convenience of faculty and provides a general overview of School expectations and procedures. Faculty members are expected to be familiar with the current versions of the following documents and resources:</w:t>
      </w:r>
    </w:p>
    <w:p w14:paraId="1CA5F688" w14:textId="77777777" w:rsidR="008A4C82" w:rsidRDefault="008A4C82">
      <w:pPr>
        <w:pStyle w:val="ListBullet"/>
        <w:spacing w:after="40"/>
      </w:pPr>
      <w:hyperlink r:id="rId9">
        <w:r>
          <w:rPr>
            <w:color w:val="0563C1"/>
            <w:u w:val="single"/>
          </w:rPr>
          <w:t>USG Board of Regents Policy Manual</w:t>
        </w:r>
      </w:hyperlink>
    </w:p>
    <w:p w14:paraId="25EF7FD9" w14:textId="77777777" w:rsidR="008A4C82" w:rsidRDefault="008A4C82">
      <w:pPr>
        <w:pStyle w:val="ListBullet"/>
        <w:spacing w:after="40"/>
      </w:pPr>
      <w:hyperlink r:id="rId10">
        <w:r>
          <w:rPr>
            <w:color w:val="0563C1"/>
            <w:u w:val="single"/>
          </w:rPr>
          <w:t>USG Academic and Student Affairs Handbook</w:t>
        </w:r>
      </w:hyperlink>
    </w:p>
    <w:p w14:paraId="70086366" w14:textId="77777777" w:rsidR="008A4C82" w:rsidRDefault="008A4C82">
      <w:pPr>
        <w:pStyle w:val="ListBullet"/>
        <w:spacing w:after="40"/>
      </w:pPr>
      <w:hyperlink r:id="rId11">
        <w:r>
          <w:rPr>
            <w:color w:val="0563C1"/>
            <w:u w:val="single"/>
          </w:rPr>
          <w:t>Middle Georgia State University Faculty Handbook</w:t>
        </w:r>
      </w:hyperlink>
    </w:p>
    <w:p w14:paraId="0CDA2968" w14:textId="77777777" w:rsidR="008A4C82" w:rsidRDefault="008A4C82">
      <w:pPr>
        <w:pStyle w:val="ListBullet"/>
        <w:spacing w:after="40"/>
      </w:pPr>
      <w:hyperlink r:id="rId12">
        <w:r>
          <w:rPr>
            <w:color w:val="0563C1"/>
            <w:u w:val="single"/>
          </w:rPr>
          <w:t>Middle Georgia State University Policies</w:t>
        </w:r>
      </w:hyperlink>
    </w:p>
    <w:p w14:paraId="28733D3F" w14:textId="77777777" w:rsidR="008A4C82" w:rsidRDefault="008A4C82">
      <w:pPr>
        <w:pStyle w:val="ListBullet"/>
        <w:spacing w:after="40"/>
      </w:pPr>
      <w:hyperlink r:id="rId13">
        <w:r>
          <w:rPr>
            <w:color w:val="0563C1"/>
            <w:u w:val="single"/>
          </w:rPr>
          <w:t>Middle Georgia State University Undergraduate Catalog</w:t>
        </w:r>
      </w:hyperlink>
    </w:p>
    <w:p w14:paraId="680151C8" w14:textId="77777777" w:rsidR="008A4C82" w:rsidRDefault="008A4C82">
      <w:pPr>
        <w:pStyle w:val="ListBullet"/>
        <w:spacing w:after="40"/>
      </w:pPr>
      <w:hyperlink r:id="rId14">
        <w:r>
          <w:rPr>
            <w:color w:val="0563C1"/>
            <w:u w:val="single"/>
          </w:rPr>
          <w:t>Middle Georgia State University Graduate Catalog</w:t>
        </w:r>
      </w:hyperlink>
    </w:p>
    <w:p w14:paraId="15AB52D4" w14:textId="77777777" w:rsidR="008A4C82" w:rsidRDefault="008A4C82">
      <w:pPr>
        <w:pStyle w:val="ListBullet"/>
        <w:spacing w:after="40"/>
      </w:pPr>
      <w:hyperlink r:id="rId15">
        <w:r>
          <w:rPr>
            <w:color w:val="0563C1"/>
            <w:u w:val="single"/>
          </w:rPr>
          <w:t>Middle Georgia State University Student Handbook and Code of Conduct</w:t>
        </w:r>
      </w:hyperlink>
    </w:p>
    <w:p w14:paraId="68955B71" w14:textId="77777777" w:rsidR="008A4C82" w:rsidRDefault="008A4C82">
      <w:pPr>
        <w:pStyle w:val="ListBullet"/>
        <w:spacing w:after="40"/>
      </w:pPr>
      <w:hyperlink r:id="rId16">
        <w:r>
          <w:rPr>
            <w:color w:val="0563C1"/>
            <w:u w:val="single"/>
          </w:rPr>
          <w:t>Middle Georgia State University FERPA Information</w:t>
        </w:r>
      </w:hyperlink>
    </w:p>
    <w:p w14:paraId="44E1E261" w14:textId="77777777" w:rsidR="008A4C82" w:rsidRDefault="00000000">
      <w:pPr>
        <w:spacing w:after="100"/>
      </w:pPr>
      <w:r>
        <w:t>Kind Regards,</w:t>
      </w:r>
    </w:p>
    <w:p w14:paraId="28B68565" w14:textId="77777777" w:rsidR="008A4C82" w:rsidRDefault="00000000">
      <w:pPr>
        <w:spacing w:after="100"/>
      </w:pPr>
      <w:r>
        <w:t>Adon Clark</w:t>
      </w:r>
      <w:r>
        <w:br/>
        <w:t>Dean, School of Aviation</w:t>
      </w:r>
    </w:p>
    <w:p w14:paraId="7D284B94" w14:textId="77777777" w:rsidR="008A4C82" w:rsidRDefault="00000000">
      <w:pPr>
        <w:pStyle w:val="Heading1"/>
      </w:pPr>
      <w:bookmarkStart w:id="3" w:name="hbk_3"/>
      <w:r>
        <w:t>2. About the School</w:t>
      </w:r>
      <w:bookmarkEnd w:id="3"/>
    </w:p>
    <w:p w14:paraId="0DE86F72" w14:textId="77777777" w:rsidR="008A4C82" w:rsidRDefault="00000000">
      <w:pPr>
        <w:pStyle w:val="Heading2"/>
      </w:pPr>
      <w:bookmarkStart w:id="4" w:name="hbk_4"/>
      <w:r>
        <w:t>Vision</w:t>
      </w:r>
      <w:bookmarkEnd w:id="4"/>
    </w:p>
    <w:p w14:paraId="29081380" w14:textId="77777777" w:rsidR="008A4C82" w:rsidRDefault="00000000">
      <w:pPr>
        <w:spacing w:after="100"/>
      </w:pPr>
      <w:r>
        <w:t>Expand access to high-quality aviation education and training opportunities throughout the State of Georgia.</w:t>
      </w:r>
    </w:p>
    <w:p w14:paraId="35E0D9FC" w14:textId="77777777" w:rsidR="008A4C82" w:rsidRDefault="00000000">
      <w:pPr>
        <w:pStyle w:val="Heading2"/>
      </w:pPr>
      <w:bookmarkStart w:id="5" w:name="hbk_5"/>
      <w:r>
        <w:t>Mission</w:t>
      </w:r>
      <w:bookmarkEnd w:id="5"/>
    </w:p>
    <w:p w14:paraId="0E177323" w14:textId="77777777" w:rsidR="008A4C82" w:rsidRDefault="00000000">
      <w:pPr>
        <w:spacing w:after="100"/>
      </w:pPr>
      <w:r>
        <w:t>The School of Aviation educates and prepares students for technical and management careers in aviation, aerospace, and related industries. Graduates are expected to understand the industry and organizations of which they are a part and the communities they serve.</w:t>
      </w:r>
    </w:p>
    <w:p w14:paraId="34A8D058" w14:textId="77777777" w:rsidR="008A4C82" w:rsidRDefault="00000000">
      <w:pPr>
        <w:pStyle w:val="Heading2"/>
      </w:pPr>
      <w:bookmarkStart w:id="6" w:name="hbk_6"/>
      <w:r>
        <w:t>Unit Goals</w:t>
      </w:r>
      <w:bookmarkEnd w:id="6"/>
    </w:p>
    <w:p w14:paraId="4B4D9683" w14:textId="77777777" w:rsidR="008A4C82" w:rsidRDefault="00000000">
      <w:pPr>
        <w:pStyle w:val="ListBullet"/>
        <w:spacing w:after="40"/>
      </w:pPr>
      <w:r>
        <w:t>Offer benchmarked curricula that support workforce needs while meeting certification and accreditation standards.</w:t>
      </w:r>
    </w:p>
    <w:p w14:paraId="7A93F18F" w14:textId="77777777" w:rsidR="008A4C82" w:rsidRDefault="00000000">
      <w:pPr>
        <w:pStyle w:val="ListBullet"/>
        <w:spacing w:after="40"/>
      </w:pPr>
      <w:r>
        <w:t>Attract and retain academically qualified students into affordable, accessible, and challenging degree programs.</w:t>
      </w:r>
    </w:p>
    <w:p w14:paraId="18A6F037" w14:textId="77777777" w:rsidR="008A4C82" w:rsidRDefault="00000000">
      <w:pPr>
        <w:pStyle w:val="ListBullet"/>
        <w:spacing w:after="40"/>
      </w:pPr>
      <w:r>
        <w:t>Develop relationships with alumni, practitioners, and industry partners to enhance program development.</w:t>
      </w:r>
    </w:p>
    <w:p w14:paraId="575A2BCC" w14:textId="77777777" w:rsidR="008A4C82" w:rsidRDefault="00000000">
      <w:pPr>
        <w:pStyle w:val="ListBullet"/>
        <w:spacing w:after="40"/>
      </w:pPr>
      <w:r>
        <w:t>Collaborate with the profession, college, and community in service and research.</w:t>
      </w:r>
    </w:p>
    <w:p w14:paraId="394F0554" w14:textId="77777777" w:rsidR="008A4C82" w:rsidRDefault="00000000">
      <w:pPr>
        <w:pStyle w:val="ListBullet"/>
        <w:spacing w:after="40"/>
      </w:pPr>
      <w:r>
        <w:t>Effectively manage institutional resources.</w:t>
      </w:r>
    </w:p>
    <w:p w14:paraId="278C47A7" w14:textId="77777777" w:rsidR="008A4C82" w:rsidRDefault="00000000">
      <w:pPr>
        <w:pStyle w:val="ListBullet"/>
        <w:spacing w:after="40"/>
      </w:pPr>
      <w:r>
        <w:lastRenderedPageBreak/>
        <w:t>Operate strategically in alignment with the mission and initiatives of Middle Georgia State University and the University System of Georgia.</w:t>
      </w:r>
    </w:p>
    <w:p w14:paraId="4BA586DE" w14:textId="77777777" w:rsidR="008A4C82" w:rsidRDefault="00000000">
      <w:pPr>
        <w:pStyle w:val="Heading2"/>
      </w:pPr>
      <w:bookmarkStart w:id="7" w:name="hbk_7"/>
      <w:r>
        <w:t>School of Aviation Departments and Programs</w:t>
      </w:r>
      <w:bookmarkEnd w:id="7"/>
    </w:p>
    <w:p w14:paraId="2833CB24" w14:textId="77777777" w:rsidR="008A4C82" w:rsidRDefault="00000000">
      <w:pPr>
        <w:spacing w:after="100"/>
      </w:pPr>
      <w:r>
        <w:t>The School of Aviation is home to two departments:</w:t>
      </w:r>
    </w:p>
    <w:p w14:paraId="6604EB68" w14:textId="77777777" w:rsidR="008A4C82" w:rsidRDefault="00000000">
      <w:pPr>
        <w:pStyle w:val="ListBullet"/>
        <w:spacing w:after="40"/>
      </w:pPr>
      <w:r>
        <w:t>Department of Aviation Science &amp; Management</w:t>
      </w:r>
    </w:p>
    <w:p w14:paraId="65C7F1FC" w14:textId="77777777" w:rsidR="008A4C82" w:rsidRDefault="00000000">
      <w:pPr>
        <w:pStyle w:val="ListBullet"/>
        <w:spacing w:after="40"/>
      </w:pPr>
      <w:r>
        <w:t>Department of Aviation Maintenance &amp; Structural Technology</w:t>
      </w:r>
    </w:p>
    <w:p w14:paraId="429B3E64" w14:textId="77777777" w:rsidR="00275A34" w:rsidRPr="00275A34" w:rsidRDefault="00275A34" w:rsidP="00275A34">
      <w:pPr>
        <w:pStyle w:val="Heading2"/>
        <w:rPr>
          <w:rFonts w:ascii="Aptos" w:eastAsiaTheme="minorEastAsia" w:hAnsi="Aptos" w:cstheme="minorBidi"/>
          <w:color w:val="auto"/>
          <w:sz w:val="21"/>
          <w:szCs w:val="22"/>
        </w:rPr>
      </w:pPr>
      <w:bookmarkStart w:id="8" w:name="hbk_8"/>
      <w:r w:rsidRPr="00275A34">
        <w:rPr>
          <w:rFonts w:ascii="Aptos" w:eastAsiaTheme="minorEastAsia" w:hAnsi="Aptos" w:cstheme="minorBidi"/>
          <w:color w:val="auto"/>
          <w:sz w:val="21"/>
          <w:szCs w:val="22"/>
        </w:rPr>
        <w:t>Department of Aviation Science &amp; Management</w:t>
      </w:r>
    </w:p>
    <w:p w14:paraId="58B5671B" w14:textId="77777777" w:rsidR="00275A34" w:rsidRPr="00275A34" w:rsidRDefault="00275A34" w:rsidP="00275A34">
      <w:pPr>
        <w:pStyle w:val="Heading2"/>
        <w:numPr>
          <w:ilvl w:val="0"/>
          <w:numId w:val="10"/>
        </w:numPr>
        <w:spacing w:before="0"/>
        <w:ind w:left="360"/>
        <w:rPr>
          <w:rFonts w:ascii="Aptos" w:eastAsiaTheme="minorEastAsia" w:hAnsi="Aptos" w:cstheme="minorBidi"/>
          <w:b w:val="0"/>
          <w:bCs w:val="0"/>
          <w:color w:val="auto"/>
          <w:sz w:val="21"/>
          <w:szCs w:val="21"/>
        </w:rPr>
      </w:pPr>
      <w:r w:rsidRPr="00275A34">
        <w:rPr>
          <w:rFonts w:ascii="Aptos" w:eastAsiaTheme="minorEastAsia" w:hAnsi="Aptos" w:cstheme="minorBidi"/>
          <w:b w:val="0"/>
          <w:bCs w:val="0"/>
          <w:color w:val="auto"/>
          <w:sz w:val="21"/>
          <w:szCs w:val="21"/>
        </w:rPr>
        <w:t xml:space="preserve">Air Traffic Control — Eastman </w:t>
      </w:r>
    </w:p>
    <w:p w14:paraId="42415C69" w14:textId="77777777" w:rsidR="00275A34" w:rsidRPr="00275A34" w:rsidRDefault="00275A34" w:rsidP="00275A34">
      <w:pPr>
        <w:pStyle w:val="Heading2"/>
        <w:numPr>
          <w:ilvl w:val="0"/>
          <w:numId w:val="10"/>
        </w:numPr>
        <w:spacing w:before="0"/>
        <w:ind w:left="360"/>
        <w:rPr>
          <w:rFonts w:ascii="Aptos" w:eastAsiaTheme="minorEastAsia" w:hAnsi="Aptos" w:cstheme="minorBidi"/>
          <w:b w:val="0"/>
          <w:bCs w:val="0"/>
          <w:color w:val="auto"/>
          <w:sz w:val="21"/>
          <w:szCs w:val="21"/>
        </w:rPr>
      </w:pPr>
      <w:r w:rsidRPr="00275A34">
        <w:rPr>
          <w:rFonts w:ascii="Aptos" w:eastAsiaTheme="minorEastAsia" w:hAnsi="Aptos" w:cstheme="minorBidi"/>
          <w:b w:val="0"/>
          <w:bCs w:val="0"/>
          <w:color w:val="auto"/>
          <w:sz w:val="21"/>
          <w:szCs w:val="21"/>
        </w:rPr>
        <w:t xml:space="preserve">Flight — Eastman and Macon </w:t>
      </w:r>
    </w:p>
    <w:p w14:paraId="60830DAC" w14:textId="77777777" w:rsidR="00275A34" w:rsidRPr="00275A34" w:rsidRDefault="00275A34" w:rsidP="00275A34">
      <w:pPr>
        <w:pStyle w:val="Heading2"/>
        <w:numPr>
          <w:ilvl w:val="0"/>
          <w:numId w:val="10"/>
        </w:numPr>
        <w:spacing w:before="0"/>
        <w:ind w:left="360"/>
        <w:rPr>
          <w:rFonts w:ascii="Aptos" w:eastAsiaTheme="minorEastAsia" w:hAnsi="Aptos" w:cstheme="minorBidi"/>
          <w:b w:val="0"/>
          <w:bCs w:val="0"/>
          <w:color w:val="auto"/>
          <w:sz w:val="21"/>
          <w:szCs w:val="21"/>
        </w:rPr>
      </w:pPr>
      <w:r w:rsidRPr="00275A34">
        <w:rPr>
          <w:rFonts w:ascii="Aptos" w:eastAsiaTheme="minorEastAsia" w:hAnsi="Aptos" w:cstheme="minorBidi"/>
          <w:b w:val="0"/>
          <w:bCs w:val="0"/>
          <w:color w:val="auto"/>
          <w:sz w:val="21"/>
          <w:szCs w:val="21"/>
        </w:rPr>
        <w:t xml:space="preserve">Management — Eastman and Online </w:t>
      </w:r>
    </w:p>
    <w:p w14:paraId="1EB05E0C" w14:textId="77777777" w:rsidR="00275A34" w:rsidRPr="00275A34" w:rsidRDefault="00275A34" w:rsidP="00275A34">
      <w:pPr>
        <w:pStyle w:val="Heading2"/>
        <w:numPr>
          <w:ilvl w:val="0"/>
          <w:numId w:val="10"/>
        </w:numPr>
        <w:spacing w:before="0"/>
        <w:ind w:left="360"/>
        <w:rPr>
          <w:color w:val="auto"/>
          <w:sz w:val="21"/>
          <w:szCs w:val="21"/>
        </w:rPr>
      </w:pPr>
      <w:r w:rsidRPr="00275A34">
        <w:rPr>
          <w:rFonts w:ascii="Aptos" w:eastAsiaTheme="minorEastAsia" w:hAnsi="Aptos" w:cstheme="minorBidi"/>
          <w:b w:val="0"/>
          <w:bCs w:val="0"/>
          <w:color w:val="auto"/>
          <w:sz w:val="21"/>
          <w:szCs w:val="21"/>
        </w:rPr>
        <w:t xml:space="preserve">Technical Management — Online </w:t>
      </w:r>
    </w:p>
    <w:p w14:paraId="6F14AEAD" w14:textId="77777777" w:rsidR="00275A34" w:rsidRPr="00275A34" w:rsidRDefault="00275A34" w:rsidP="00275A34">
      <w:pPr>
        <w:pStyle w:val="Heading2"/>
        <w:spacing w:before="0"/>
        <w:rPr>
          <w:rFonts w:ascii="Aptos" w:eastAsiaTheme="minorEastAsia" w:hAnsi="Aptos" w:cstheme="minorBidi"/>
          <w:color w:val="auto"/>
          <w:sz w:val="21"/>
          <w:szCs w:val="22"/>
        </w:rPr>
      </w:pPr>
      <w:r w:rsidRPr="00275A34">
        <w:rPr>
          <w:rFonts w:ascii="Aptos" w:eastAsiaTheme="minorEastAsia" w:hAnsi="Aptos" w:cstheme="minorBidi"/>
          <w:color w:val="auto"/>
          <w:sz w:val="21"/>
          <w:szCs w:val="22"/>
        </w:rPr>
        <w:t>Department of Aviation Maintenance &amp; Structural Technology</w:t>
      </w:r>
    </w:p>
    <w:p w14:paraId="077E0528" w14:textId="77777777" w:rsidR="00275A34" w:rsidRPr="00275A34" w:rsidRDefault="00275A34" w:rsidP="00275A34">
      <w:pPr>
        <w:pStyle w:val="Heading2"/>
        <w:numPr>
          <w:ilvl w:val="0"/>
          <w:numId w:val="11"/>
        </w:numPr>
        <w:spacing w:before="0"/>
        <w:ind w:left="360"/>
        <w:rPr>
          <w:rFonts w:ascii="Aptos" w:eastAsiaTheme="minorEastAsia" w:hAnsi="Aptos" w:cstheme="minorBidi"/>
          <w:b w:val="0"/>
          <w:bCs w:val="0"/>
          <w:color w:val="auto"/>
          <w:sz w:val="21"/>
          <w:szCs w:val="22"/>
        </w:rPr>
      </w:pPr>
      <w:r w:rsidRPr="00275A34">
        <w:rPr>
          <w:rFonts w:ascii="Aptos" w:eastAsiaTheme="minorEastAsia" w:hAnsi="Aptos" w:cstheme="minorBidi"/>
          <w:b w:val="0"/>
          <w:bCs w:val="0"/>
          <w:color w:val="auto"/>
          <w:sz w:val="21"/>
          <w:szCs w:val="22"/>
        </w:rPr>
        <w:t xml:space="preserve">Aviation Maintenance Technology — Eastman </w:t>
      </w:r>
    </w:p>
    <w:p w14:paraId="08988F00" w14:textId="77777777" w:rsidR="00275A34" w:rsidRPr="00275A34" w:rsidRDefault="00275A34" w:rsidP="00275A34">
      <w:pPr>
        <w:pStyle w:val="Heading2"/>
        <w:numPr>
          <w:ilvl w:val="0"/>
          <w:numId w:val="11"/>
        </w:numPr>
        <w:spacing w:before="0"/>
        <w:ind w:left="360"/>
        <w:rPr>
          <w:rFonts w:ascii="Aptos" w:eastAsiaTheme="minorEastAsia" w:hAnsi="Aptos" w:cstheme="minorBidi"/>
          <w:b w:val="0"/>
          <w:bCs w:val="0"/>
          <w:color w:val="auto"/>
          <w:sz w:val="21"/>
          <w:szCs w:val="22"/>
        </w:rPr>
      </w:pPr>
      <w:r w:rsidRPr="00275A34">
        <w:rPr>
          <w:rFonts w:ascii="Aptos" w:eastAsiaTheme="minorEastAsia" w:hAnsi="Aptos" w:cstheme="minorBidi"/>
          <w:b w:val="0"/>
          <w:bCs w:val="0"/>
          <w:color w:val="auto"/>
          <w:sz w:val="21"/>
          <w:szCs w:val="22"/>
        </w:rPr>
        <w:t>Aircraft Structural Technology — Eastman</w:t>
      </w:r>
    </w:p>
    <w:p w14:paraId="5FB2A0B4" w14:textId="77777777" w:rsidR="008A4C82" w:rsidRDefault="00000000">
      <w:pPr>
        <w:pStyle w:val="Heading2"/>
      </w:pPr>
      <w:r>
        <w:t>Program Accreditation</w:t>
      </w:r>
      <w:bookmarkEnd w:id="8"/>
    </w:p>
    <w:p w14:paraId="62CC11F3" w14:textId="77777777" w:rsidR="008A4C82" w:rsidRDefault="00000000">
      <w:pPr>
        <w:spacing w:after="100"/>
      </w:pPr>
      <w:r>
        <w:t>The Bachelor of Science in Aviation Science and Management — Flight track is accredited by Aviation Accreditation Board International. This accreditation must be reaffirmed every five years.</w:t>
      </w:r>
    </w:p>
    <w:p w14:paraId="49D97B15" w14:textId="77777777" w:rsidR="008A4C82" w:rsidRDefault="00000000">
      <w:pPr>
        <w:pStyle w:val="Heading2"/>
      </w:pPr>
      <w:bookmarkStart w:id="9" w:name="hbk_9"/>
      <w:r>
        <w:lastRenderedPageBreak/>
        <w:t>Organizational Chart</w:t>
      </w:r>
      <w:bookmarkEnd w:id="9"/>
    </w:p>
    <w:p w14:paraId="3753AC5F" w14:textId="77777777" w:rsidR="008A4C82" w:rsidRDefault="00000000">
      <w:pPr>
        <w:jc w:val="center"/>
      </w:pPr>
      <w:r>
        <w:rPr>
          <w:noProof/>
        </w:rPr>
        <w:drawing>
          <wp:inline distT="0" distB="0" distL="0" distR="0" wp14:anchorId="3C05F5F5" wp14:editId="4BB98302">
            <wp:extent cx="6217920" cy="6659126"/>
            <wp:effectExtent l="0" t="0" r="0" b="0"/>
            <wp:docPr id="2" name="Picture 2" descr="Tree-style School of Aviation organizational chart headed by Dean Adon Clark. Associate Dean Ed Weathersbee reports directly to the Dean on the upper right; SOA Safety Manager Peyton Yniguez reports directly to the Dean on the left. Other branches show Administrative Coordinator to the Dean Jannie Lamb, Director of Flight Operations Adam Holloway, Flight Operations Manager Misty Oxford, Chief Flight Instructor Gene Behrends, Director of Fleet Maintenance Cameron Handley, Chair Martin Kehayes for Aviation Maintenance and Structural Technology, Chair Kemarie Jeffers for Aviation Science and Management, flight instructors, fleet maintenance personnel, and faculty." title="School of Aviation organizational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clean_organizational_chart_image_on_a_white_back.png"/>
                    <pic:cNvPicPr/>
                  </pic:nvPicPr>
                  <pic:blipFill>
                    <a:blip r:embed="rId17"/>
                    <a:stretch>
                      <a:fillRect/>
                    </a:stretch>
                  </pic:blipFill>
                  <pic:spPr>
                    <a:xfrm>
                      <a:off x="0" y="0"/>
                      <a:ext cx="6217920" cy="6659126"/>
                    </a:xfrm>
                    <a:prstGeom prst="rect">
                      <a:avLst/>
                    </a:prstGeom>
                  </pic:spPr>
                </pic:pic>
              </a:graphicData>
            </a:graphic>
          </wp:inline>
        </w:drawing>
      </w:r>
    </w:p>
    <w:p w14:paraId="200886E4" w14:textId="77777777" w:rsidR="008A4C82" w:rsidRDefault="00000000">
      <w:pPr>
        <w:pStyle w:val="Heading1"/>
      </w:pPr>
      <w:bookmarkStart w:id="10" w:name="hbk_10"/>
      <w:r>
        <w:t>3. Administrative Policies and Procedures</w:t>
      </w:r>
      <w:bookmarkEnd w:id="10"/>
    </w:p>
    <w:p w14:paraId="022B8C28" w14:textId="77777777" w:rsidR="008A4C82" w:rsidRDefault="00000000">
      <w:pPr>
        <w:pStyle w:val="Heading2"/>
      </w:pPr>
      <w:bookmarkStart w:id="11" w:name="hbk_11"/>
      <w:r>
        <w:t>Faculty Meetings and Committee Participation</w:t>
      </w:r>
      <w:bookmarkEnd w:id="11"/>
    </w:p>
    <w:p w14:paraId="5BAC9E44" w14:textId="77777777" w:rsidR="008A4C82" w:rsidRDefault="00000000">
      <w:pPr>
        <w:spacing w:after="100"/>
      </w:pPr>
      <w:r>
        <w:t>Faculty are expected to attend officially designated faculty meetings, including Academic Assembly, Faculty Orientation/Convocation, Commencement/graduation ceremonies as assigned, and Department, School, or University meetings unless appropriately excused. Faculty members are expected to participate in the work of the School and in University, School, and Department committees as assigned.</w:t>
      </w:r>
    </w:p>
    <w:p w14:paraId="08407857" w14:textId="77777777" w:rsidR="008A4C82" w:rsidRDefault="00000000">
      <w:pPr>
        <w:spacing w:after="100"/>
      </w:pPr>
      <w:r>
        <w:lastRenderedPageBreak/>
        <w:t>School of Aviation meetings are held during the academic year to discuss School business, faculty service, accomplishments, and future goals. Department Chairs may hold additional meetings as needed. Faculty who cannot attend a mandatory meeting because of illness, death, or another emergency should notify the Department Chair or other appropriate supervisor.</w:t>
      </w:r>
    </w:p>
    <w:p w14:paraId="2C555FB9" w14:textId="77777777" w:rsidR="008A4C82" w:rsidRDefault="00000000">
      <w:pPr>
        <w:pStyle w:val="Heading2"/>
      </w:pPr>
      <w:bookmarkStart w:id="12" w:name="hbk_12"/>
      <w:r>
        <w:t>Absences and Sick Leave</w:t>
      </w:r>
      <w:bookmarkEnd w:id="12"/>
    </w:p>
    <w:p w14:paraId="624605EF" w14:textId="77777777" w:rsidR="008A4C82" w:rsidRDefault="00000000">
      <w:pPr>
        <w:spacing w:after="100"/>
      </w:pPr>
      <w:r>
        <w:t>Faculty members are expected to meet punctually all regularly scheduled class sessions. Faculty members who must miss a class shall coordinate with the Department Chair or Dean regarding appropriate coverage or other arrangements and must notify their immediate supervisor in advance whenever possible.</w:t>
      </w:r>
    </w:p>
    <w:p w14:paraId="335E97D6" w14:textId="77777777" w:rsidR="008A4C82" w:rsidRDefault="00000000">
      <w:pPr>
        <w:spacing w:after="100"/>
      </w:pPr>
      <w:r>
        <w:t>If faculty are unable to attend office hours or class due to illness, appointments, or personal matters, the Department Chair and Administrative Coordinator to the Dean must be informed promptly. Leave must be reported in accordance with current MGA and BOR policies.</w:t>
      </w:r>
    </w:p>
    <w:p w14:paraId="4EF3C9CD" w14:textId="77777777" w:rsidR="008A4C82" w:rsidRDefault="00000000">
      <w:pPr>
        <w:pStyle w:val="Heading2"/>
      </w:pPr>
      <w:bookmarkStart w:id="13" w:name="hbk_13"/>
      <w:r>
        <w:t>Guidelines for Office Hours</w:t>
      </w:r>
      <w:bookmarkEnd w:id="13"/>
    </w:p>
    <w:p w14:paraId="7991AE3D" w14:textId="77777777" w:rsidR="008A4C82" w:rsidRDefault="00000000">
      <w:pPr>
        <w:spacing w:after="100"/>
      </w:pPr>
      <w:r>
        <w:t>Faculty are required to maintain office hours in accordance with the Middle Georgia State University Faculty Handbook. Faculty teaching a twelve-credit-hour course load shall hold a minimum of eight on-campus office hours per week. Faculty teaching different course loads shall hold a proportionate number of office hours, not to exceed eight hours per week.</w:t>
      </w:r>
    </w:p>
    <w:p w14:paraId="64D64229" w14:textId="77777777" w:rsidR="008A4C82" w:rsidRDefault="00000000">
      <w:pPr>
        <w:spacing w:after="100"/>
      </w:pPr>
      <w:r>
        <w:t>Office hours must be filed with the faculty member's academic unit and included in the course syllabus. Faculty should also remain accessible to students through appropriate alternate means of communication. If a faculty member must be absent during scheduled office hours, the change should be communicated to affected students and the appropriate administrative office.</w:t>
      </w:r>
    </w:p>
    <w:p w14:paraId="0AB4FD3C" w14:textId="77777777" w:rsidR="008A4C82" w:rsidRDefault="00000000">
      <w:pPr>
        <w:spacing w:after="100"/>
      </w:pPr>
      <w:r>
        <w:t xml:space="preserve">See </w:t>
      </w:r>
      <w:hyperlink r:id="rId18">
        <w:r w:rsidR="008A4C82">
          <w:rPr>
            <w:color w:val="0563C1"/>
            <w:u w:val="single"/>
          </w:rPr>
          <w:t>MGA Faculty Handbook - Section 5.04.01, Office Hours</w:t>
        </w:r>
      </w:hyperlink>
      <w:r>
        <w:t>.</w:t>
      </w:r>
    </w:p>
    <w:p w14:paraId="5C638E35" w14:textId="77777777" w:rsidR="008A4C82" w:rsidRDefault="00000000">
      <w:pPr>
        <w:pStyle w:val="Heading2"/>
      </w:pPr>
      <w:bookmarkStart w:id="14" w:name="hbk_14"/>
      <w:r>
        <w:t>Travel</w:t>
      </w:r>
      <w:bookmarkEnd w:id="14"/>
    </w:p>
    <w:p w14:paraId="725375EC" w14:textId="77777777" w:rsidR="008A4C82" w:rsidRDefault="00000000">
      <w:pPr>
        <w:spacing w:after="100"/>
      </w:pPr>
      <w:r>
        <w:t>Faculty travel on official University business must receive prior authorization in accordance with Middle Georgia State University travel policies and procedures. Travel authorization is required even when reimbursement will not be requested. Faculty should obtain all required approvals before making travel arrangements.</w:t>
      </w:r>
    </w:p>
    <w:p w14:paraId="06DFC371" w14:textId="77777777" w:rsidR="008A4C82" w:rsidRDefault="00000000">
      <w:pPr>
        <w:spacing w:after="100"/>
      </w:pPr>
      <w:r>
        <w:t xml:space="preserve">See </w:t>
      </w:r>
      <w:hyperlink r:id="rId19">
        <w:r w:rsidR="008A4C82">
          <w:rPr>
            <w:color w:val="0563C1"/>
            <w:u w:val="single"/>
          </w:rPr>
          <w:t>MGA Travel Policies and Procedures</w:t>
        </w:r>
      </w:hyperlink>
      <w:r>
        <w:t>.</w:t>
      </w:r>
    </w:p>
    <w:p w14:paraId="51597E52" w14:textId="77777777" w:rsidR="008A4C82" w:rsidRDefault="00000000">
      <w:pPr>
        <w:pStyle w:val="Heading2"/>
      </w:pPr>
      <w:bookmarkStart w:id="15" w:name="hbk_15"/>
      <w:r>
        <w:t>Professional Conduct</w:t>
      </w:r>
      <w:bookmarkEnd w:id="15"/>
    </w:p>
    <w:p w14:paraId="714FF96F" w14:textId="77777777" w:rsidR="008A4C82" w:rsidRDefault="00000000">
      <w:pPr>
        <w:spacing w:after="100"/>
      </w:pPr>
      <w:r>
        <w:t>Faculty members are expected to comply with applicable Board of Regents and MGA personnel-conduct policies and the USG Statement of Core Values: Integrity, Excellence, Accountability, and Respect. Faculty are expected to perform their duties professionally and treat employees, students, and the public with dignity and respect.</w:t>
      </w:r>
    </w:p>
    <w:p w14:paraId="24211BE0" w14:textId="77777777" w:rsidR="008A4C82" w:rsidRDefault="00000000">
      <w:pPr>
        <w:spacing w:after="100"/>
      </w:pPr>
      <w:r>
        <w:t xml:space="preserve">See </w:t>
      </w:r>
      <w:hyperlink r:id="rId20">
        <w:r w:rsidR="008A4C82">
          <w:rPr>
            <w:color w:val="0563C1"/>
            <w:u w:val="single"/>
          </w:rPr>
          <w:t>BOR Policy 8.2.18 - Personnel Conduct</w:t>
        </w:r>
      </w:hyperlink>
      <w:r>
        <w:t>.</w:t>
      </w:r>
    </w:p>
    <w:p w14:paraId="2537204A" w14:textId="77777777" w:rsidR="008A4C82" w:rsidRDefault="00000000">
      <w:pPr>
        <w:pStyle w:val="Heading2"/>
      </w:pPr>
      <w:bookmarkStart w:id="16" w:name="hbk_16"/>
      <w:r>
        <w:t>Political Activity</w:t>
      </w:r>
      <w:bookmarkEnd w:id="16"/>
    </w:p>
    <w:p w14:paraId="4EDE8E66" w14:textId="77777777" w:rsidR="008A4C82" w:rsidRDefault="00000000">
      <w:pPr>
        <w:spacing w:after="100"/>
      </w:pPr>
      <w:r>
        <w:t>Faculty may engage in political activities and express personal political views in their individual capacities consistent with Board of Regents policy. Political activities must not interfere with University duties or be conducted using University work time, property, resources, materials, or work email. Faculty must not represent personal political views or activities as those of Middle Georgia State University or the University System of Georgia and should take reasonable steps to avoid the appearance of institutional endorsement.</w:t>
      </w:r>
    </w:p>
    <w:p w14:paraId="4B09BEE3" w14:textId="77777777" w:rsidR="008A4C82" w:rsidRDefault="00000000">
      <w:pPr>
        <w:spacing w:after="100"/>
      </w:pPr>
      <w:r>
        <w:t xml:space="preserve">See </w:t>
      </w:r>
      <w:hyperlink r:id="rId21">
        <w:r w:rsidR="008A4C82">
          <w:rPr>
            <w:color w:val="0563C1"/>
            <w:u w:val="single"/>
          </w:rPr>
          <w:t>BOR Policy 8.2.18 - Personnel Conduct and Political Activities</w:t>
        </w:r>
      </w:hyperlink>
      <w:r>
        <w:t>.</w:t>
      </w:r>
    </w:p>
    <w:p w14:paraId="4FECF084" w14:textId="77777777" w:rsidR="008A4C82" w:rsidRDefault="00000000">
      <w:pPr>
        <w:pStyle w:val="Heading2"/>
      </w:pPr>
      <w:bookmarkStart w:id="17" w:name="hbk_17"/>
      <w:r>
        <w:lastRenderedPageBreak/>
        <w:t>Social Media</w:t>
      </w:r>
      <w:bookmarkEnd w:id="17"/>
    </w:p>
    <w:p w14:paraId="4FD3E0ED" w14:textId="77777777" w:rsidR="008A4C82" w:rsidRDefault="00000000">
      <w:pPr>
        <w:spacing w:after="100"/>
      </w:pPr>
      <w:r>
        <w:t>School of Aviation faculty are expected to comply with Section 6.22.02, Social Media Policy, of the Middle Georgia State University Faculty Handbook, as well as applicable MGA Social Media Guidelines.</w:t>
      </w:r>
    </w:p>
    <w:p w14:paraId="0E68D04C" w14:textId="77777777" w:rsidR="008A4C82" w:rsidRDefault="00000000">
      <w:pPr>
        <w:spacing w:after="100"/>
      </w:pPr>
      <w:r>
        <w:t>Faculty should exercise appropriate professional judgment when interacting with students, former students, members of the community, and other professionals through social media. Faculty who create or administer social-media sites for a course, student organization, club, or other University-related purpose have reasonable responsibility for monitoring the appropriateness of content associated with those sites.</w:t>
      </w:r>
    </w:p>
    <w:p w14:paraId="660BB22C" w14:textId="77777777" w:rsidR="008A4C82" w:rsidRDefault="00000000">
      <w:pPr>
        <w:spacing w:after="100"/>
      </w:pPr>
      <w:r>
        <w:t xml:space="preserve">See </w:t>
      </w:r>
      <w:hyperlink r:id="rId22">
        <w:r w:rsidR="008A4C82">
          <w:rPr>
            <w:color w:val="0563C1"/>
            <w:u w:val="single"/>
          </w:rPr>
          <w:t>MGA Faculty Handbook - Section 6.22.02, Social Media Policy</w:t>
        </w:r>
      </w:hyperlink>
      <w:r>
        <w:t xml:space="preserve"> and the </w:t>
      </w:r>
      <w:hyperlink r:id="rId23">
        <w:r w:rsidR="008A4C82">
          <w:rPr>
            <w:color w:val="0563C1"/>
            <w:u w:val="single"/>
          </w:rPr>
          <w:t>MGA Social Media Guidelines</w:t>
        </w:r>
      </w:hyperlink>
      <w:r>
        <w:t>.</w:t>
      </w:r>
    </w:p>
    <w:p w14:paraId="69BF3586" w14:textId="77777777" w:rsidR="008A4C82" w:rsidRDefault="00000000">
      <w:pPr>
        <w:pStyle w:val="Heading2"/>
      </w:pPr>
      <w:bookmarkStart w:id="18" w:name="hbk_18"/>
      <w:r>
        <w:t>Email Signatures</w:t>
      </w:r>
      <w:bookmarkEnd w:id="18"/>
    </w:p>
    <w:p w14:paraId="677532F7" w14:textId="77777777" w:rsidR="008A4C82" w:rsidRDefault="00000000">
      <w:pPr>
        <w:spacing w:after="100"/>
      </w:pPr>
      <w:r>
        <w:t>Faculty are expected to use the official Middle Georgia State University branded email signature and maintain current contact and professional information. Email signatures should conform to current University Marketing &amp; Communications brand standards. Faculty should use the University's Email Signature Builder and applicable instructions when creating or updating their signature.</w:t>
      </w:r>
    </w:p>
    <w:p w14:paraId="16310D0B" w14:textId="77777777" w:rsidR="008A4C82" w:rsidRDefault="00000000">
      <w:pPr>
        <w:spacing w:after="100"/>
      </w:pPr>
      <w:r>
        <w:t xml:space="preserve">See the </w:t>
      </w:r>
      <w:hyperlink r:id="rId24">
        <w:r w:rsidR="008A4C82">
          <w:rPr>
            <w:color w:val="0563C1"/>
            <w:u w:val="single"/>
          </w:rPr>
          <w:t>MGA Brand Guide and Email Signature Builder</w:t>
        </w:r>
      </w:hyperlink>
      <w:r>
        <w:t>.</w:t>
      </w:r>
    </w:p>
    <w:p w14:paraId="72CE1444" w14:textId="77777777" w:rsidR="008A4C82" w:rsidRDefault="00000000">
      <w:pPr>
        <w:pStyle w:val="Heading2"/>
      </w:pPr>
      <w:bookmarkStart w:id="19" w:name="hbk_19"/>
      <w:r>
        <w:t>Directory Profile</w:t>
      </w:r>
      <w:bookmarkEnd w:id="19"/>
    </w:p>
    <w:p w14:paraId="66EC7A86" w14:textId="77777777" w:rsidR="008A4C82" w:rsidRDefault="00000000">
      <w:pPr>
        <w:spacing w:after="100"/>
      </w:pPr>
      <w:r>
        <w:t>Faculty are responsible for maintaining accurate and current information in the Middle Georgia State University Faculty &amp; Staff Directory. Faculty should review their directory profile periodically and update their individual profile when contact, office, credential, or other applicable information changes.</w:t>
      </w:r>
    </w:p>
    <w:p w14:paraId="19255068" w14:textId="77777777" w:rsidR="008A4C82" w:rsidRDefault="00000000">
      <w:pPr>
        <w:spacing w:after="100"/>
      </w:pPr>
      <w:r>
        <w:t xml:space="preserve">See the </w:t>
      </w:r>
      <w:hyperlink r:id="rId25">
        <w:r w:rsidR="008A4C82">
          <w:rPr>
            <w:color w:val="0563C1"/>
            <w:u w:val="single"/>
          </w:rPr>
          <w:t>MGA Faculty &amp; Staff Directory</w:t>
        </w:r>
      </w:hyperlink>
      <w:r>
        <w:t xml:space="preserve"> and use the Update Your Profile function as needed.</w:t>
      </w:r>
    </w:p>
    <w:p w14:paraId="478A6492" w14:textId="77777777" w:rsidR="008A4C82" w:rsidRDefault="00000000">
      <w:pPr>
        <w:pStyle w:val="Heading2"/>
      </w:pPr>
      <w:bookmarkStart w:id="20" w:name="hbk_20"/>
      <w:r>
        <w:t>Required Pre-Authorization Actions</w:t>
      </w:r>
      <w:bookmarkEnd w:id="20"/>
    </w:p>
    <w:p w14:paraId="2341171F" w14:textId="77777777" w:rsidR="008A4C82" w:rsidRDefault="00000000">
      <w:pPr>
        <w:spacing w:after="100"/>
      </w:pPr>
      <w:r>
        <w:t>Faculty must obtain required approval before actions that affect course scheduling, assigned instructional space, student enrollment, or other matters for which MGA, BOR, School, or Department procedures require authorization. School-level examples include canceling a class session, changing an assigned classroom, moving students between course sections, and changing posted office hours. Faculty should consult their Department Chair when uncertain whether prior approval is required.</w:t>
      </w:r>
    </w:p>
    <w:p w14:paraId="1320D130" w14:textId="77777777" w:rsidR="008A4C82" w:rsidRDefault="00000000">
      <w:pPr>
        <w:pStyle w:val="Heading2"/>
      </w:pPr>
      <w:bookmarkStart w:id="21" w:name="hbk_21"/>
      <w:r>
        <w:t>Children on Campus</w:t>
      </w:r>
      <w:bookmarkEnd w:id="21"/>
    </w:p>
    <w:p w14:paraId="6D05D881" w14:textId="77777777" w:rsidR="008A4C82" w:rsidRDefault="00000000">
      <w:pPr>
        <w:spacing w:after="100"/>
      </w:pPr>
      <w:r>
        <w:t>Faculty must comply with the Middle Georgia State University Minors Policy regarding children in the workplace and on campus. Employees needing to bring a child to campus under exceptional circumstances must obtain the approvals required by University policy. Children are prohibited from high-risk areas, including laboratories, shops, garages, hangars, and other areas containing machinery or similar hazards.</w:t>
      </w:r>
    </w:p>
    <w:p w14:paraId="144FC44D" w14:textId="77777777" w:rsidR="008A4C82" w:rsidRDefault="00000000">
      <w:pPr>
        <w:spacing w:after="100"/>
      </w:pPr>
      <w:r>
        <w:t xml:space="preserve">See the </w:t>
      </w:r>
      <w:hyperlink r:id="rId26">
        <w:r w:rsidR="008A4C82">
          <w:rPr>
            <w:color w:val="0563C1"/>
            <w:u w:val="single"/>
          </w:rPr>
          <w:t>MGA Minors Policy</w:t>
        </w:r>
      </w:hyperlink>
      <w:r>
        <w:t>.</w:t>
      </w:r>
    </w:p>
    <w:p w14:paraId="532A8621" w14:textId="77777777" w:rsidR="008A4C82" w:rsidRDefault="00000000">
      <w:pPr>
        <w:pStyle w:val="Heading2"/>
      </w:pPr>
      <w:bookmarkStart w:id="22" w:name="hbk_22"/>
      <w:r>
        <w:t>Outside Activities</w:t>
      </w:r>
      <w:bookmarkEnd w:id="22"/>
    </w:p>
    <w:p w14:paraId="216876C2" w14:textId="77777777" w:rsidR="008A4C82" w:rsidRDefault="00000000">
      <w:pPr>
        <w:spacing w:after="100"/>
      </w:pPr>
      <w:r>
        <w:t>Faculty engaging in compensated outside activities must comply with current Middle Georgia State University and Board of Regents policies regarding outside activities, conflicts of interest, and conflicts of commitment. Required approvals must be obtained before engaging in the outside activity.</w:t>
      </w:r>
    </w:p>
    <w:p w14:paraId="3FA0B0FD" w14:textId="77777777" w:rsidR="008A4C82" w:rsidRDefault="00000000">
      <w:pPr>
        <w:spacing w:after="100"/>
      </w:pPr>
      <w:r>
        <w:t xml:space="preserve">See the </w:t>
      </w:r>
      <w:hyperlink r:id="rId27">
        <w:r w:rsidR="008A4C82">
          <w:rPr>
            <w:color w:val="0563C1"/>
            <w:u w:val="single"/>
          </w:rPr>
          <w:t>MGA Outside Activities Policy</w:t>
        </w:r>
      </w:hyperlink>
      <w:r>
        <w:t>.</w:t>
      </w:r>
    </w:p>
    <w:p w14:paraId="12B2C2D0" w14:textId="77777777" w:rsidR="008A4C82" w:rsidRDefault="00000000">
      <w:pPr>
        <w:pStyle w:val="Heading2"/>
      </w:pPr>
      <w:bookmarkStart w:id="23" w:name="hbk_23"/>
      <w:r>
        <w:t>Attendance at Graduation Ceremonies</w:t>
      </w:r>
      <w:bookmarkEnd w:id="23"/>
    </w:p>
    <w:p w14:paraId="6EE8646D" w14:textId="77777777" w:rsidR="008A4C82" w:rsidRDefault="00000000">
      <w:pPr>
        <w:spacing w:after="100"/>
      </w:pPr>
      <w:r>
        <w:t>Faculty are expected to attend graduation ceremonies as assigned.</w:t>
      </w:r>
    </w:p>
    <w:p w14:paraId="646192A5" w14:textId="77777777" w:rsidR="008A4C82" w:rsidRDefault="00000000">
      <w:pPr>
        <w:pStyle w:val="Heading1"/>
      </w:pPr>
      <w:bookmarkStart w:id="24" w:name="hbk_24"/>
      <w:r>
        <w:lastRenderedPageBreak/>
        <w:t>4. Instructional Policies</w:t>
      </w:r>
      <w:bookmarkEnd w:id="24"/>
    </w:p>
    <w:p w14:paraId="0E43B742" w14:textId="77777777" w:rsidR="008A4C82" w:rsidRDefault="00000000">
      <w:pPr>
        <w:pStyle w:val="Heading2"/>
      </w:pPr>
      <w:bookmarkStart w:id="25" w:name="hbk_25"/>
      <w:r>
        <w:t>Classroom and Laboratory Expectations</w:t>
      </w:r>
      <w:bookmarkEnd w:id="25"/>
    </w:p>
    <w:p w14:paraId="56DA275B" w14:textId="77777777" w:rsidR="008A4C82" w:rsidRDefault="00000000">
      <w:pPr>
        <w:spacing w:after="100"/>
      </w:pPr>
      <w:r>
        <w:t>Faculty engaged in laboratory or instructional activities must communicate information related to supply shortages, safety concerns, hazards, or security issues to appropriate administrative personnel. Laboratory requirements and expectations are coordinated through the Department Chair, Assistant Department Chair, or other responsible School personnel.</w:t>
      </w:r>
    </w:p>
    <w:p w14:paraId="0A24B9BC" w14:textId="77777777" w:rsidR="008A4C82" w:rsidRDefault="00000000">
      <w:pPr>
        <w:pStyle w:val="Heading2"/>
      </w:pPr>
      <w:bookmarkStart w:id="26" w:name="hbk_26"/>
      <w:r>
        <w:t>Course Syllabus Requirements</w:t>
      </w:r>
      <w:bookmarkEnd w:id="26"/>
    </w:p>
    <w:p w14:paraId="3DF61573" w14:textId="77777777" w:rsidR="008A4C82" w:rsidRDefault="00000000">
      <w:pPr>
        <w:spacing w:after="100"/>
      </w:pPr>
      <w:r>
        <w:t>Faculty must create and maintain course syllabi using Simple Syllabus, Middle Georgia State University's syllabus management platform. Faculty are responsible for ensuring that all required course-specific information is complete and accurate prior to the beginning of each semester and that the syllabus includes all applicable MGA and School of Aviation requirements.</w:t>
      </w:r>
    </w:p>
    <w:p w14:paraId="24A1A071" w14:textId="77777777" w:rsidR="008A4C82" w:rsidRDefault="00000000">
      <w:pPr>
        <w:spacing w:after="100"/>
      </w:pPr>
      <w:r>
        <w:t>Faculty should review and update instructor information, office hours, course schedule, grading policies, assignments, required materials, technology requirements, and other applicable course information each semester. Published syllabi are made available through the University's Simple Syllabus system and associated course resources.</w:t>
      </w:r>
    </w:p>
    <w:p w14:paraId="6794C359" w14:textId="77777777" w:rsidR="008A4C82" w:rsidRDefault="00000000">
      <w:pPr>
        <w:spacing w:after="100"/>
      </w:pPr>
      <w:r>
        <w:t xml:space="preserve">See </w:t>
      </w:r>
      <w:hyperlink r:id="rId28">
        <w:r w:rsidR="008A4C82">
          <w:rPr>
            <w:color w:val="0563C1"/>
            <w:u w:val="single"/>
          </w:rPr>
          <w:t>MGA University Syllabus Requirements</w:t>
        </w:r>
      </w:hyperlink>
      <w:r>
        <w:t xml:space="preserve"> and the </w:t>
      </w:r>
      <w:hyperlink r:id="rId29">
        <w:r w:rsidR="008A4C82">
          <w:rPr>
            <w:color w:val="0563C1"/>
            <w:u w:val="single"/>
          </w:rPr>
          <w:t>MGA Simple Syllabus Library</w:t>
        </w:r>
      </w:hyperlink>
      <w:r>
        <w:t>.</w:t>
      </w:r>
    </w:p>
    <w:p w14:paraId="5117254B" w14:textId="77777777" w:rsidR="008A4C82" w:rsidRDefault="00000000">
      <w:pPr>
        <w:pStyle w:val="Heading2"/>
      </w:pPr>
      <w:bookmarkStart w:id="27" w:name="hbk_27"/>
      <w:r>
        <w:t>Online and Hybrid Course Expectations</w:t>
      </w:r>
      <w:bookmarkEnd w:id="27"/>
    </w:p>
    <w:p w14:paraId="7FFE80AA" w14:textId="77777777" w:rsidR="008A4C82" w:rsidRDefault="00000000">
      <w:pPr>
        <w:spacing w:after="100"/>
      </w:pPr>
      <w:r>
        <w:t>All School of Aviation courses offered wholly or partially online must comply with the current MGA Standards for Online Courses. D2L Brightspace is the University's official learning management system and shall be used for University-supported online course delivery and academic engagement as required by University policy and applicable School procedures.</w:t>
      </w:r>
    </w:p>
    <w:p w14:paraId="619AF277" w14:textId="77777777" w:rsidR="008A4C82" w:rsidRDefault="00000000">
      <w:pPr>
        <w:spacing w:after="100"/>
      </w:pPr>
      <w:r>
        <w:t>Faculty are responsible for ensuring that online and hybrid courses meet applicable University accessibility, instructional, communication, and student-engagement standards. The School of Aviation may establish additional requirements when necessary to meet aviation-specific instructional, accreditation, certification, or safety requirements.</w:t>
      </w:r>
    </w:p>
    <w:p w14:paraId="1054B10D" w14:textId="77777777" w:rsidR="008A4C82" w:rsidRDefault="00000000">
      <w:pPr>
        <w:spacing w:after="100"/>
      </w:pPr>
      <w:r>
        <w:t xml:space="preserve">See </w:t>
      </w:r>
      <w:hyperlink r:id="rId30">
        <w:r w:rsidR="008A4C82">
          <w:rPr>
            <w:color w:val="0563C1"/>
            <w:u w:val="single"/>
          </w:rPr>
          <w:t>MGA Teaching Resources and Standards for Online Courses</w:t>
        </w:r>
      </w:hyperlink>
      <w:r>
        <w:t xml:space="preserve"> and </w:t>
      </w:r>
      <w:hyperlink r:id="rId31">
        <w:r w:rsidR="008A4C82">
          <w:rPr>
            <w:color w:val="0563C1"/>
            <w:u w:val="single"/>
          </w:rPr>
          <w:t>MGA D2L Brightspace</w:t>
        </w:r>
      </w:hyperlink>
      <w:r>
        <w:t>.</w:t>
      </w:r>
    </w:p>
    <w:p w14:paraId="1C18EFD4" w14:textId="77777777" w:rsidR="008A4C82" w:rsidRDefault="00000000">
      <w:pPr>
        <w:pStyle w:val="Heading2"/>
      </w:pPr>
      <w:bookmarkStart w:id="28" w:name="hbk_28"/>
      <w:r>
        <w:t>Communication and Grading</w:t>
      </w:r>
      <w:bookmarkEnd w:id="28"/>
    </w:p>
    <w:p w14:paraId="03B56306" w14:textId="77777777" w:rsidR="008A4C82" w:rsidRDefault="00000000">
      <w:pPr>
        <w:spacing w:after="100"/>
      </w:pPr>
      <w:r>
        <w:t>Faculty must use approved MGA communication systems when communicating with students about University business. Faculty are expected to respond to student communications within 24 hours during the work week when feasible. Feedback and grades should normally be returned within one week of the applicable due date or submission, unless the nature of the assessment reasonably requires additional time.</w:t>
      </w:r>
    </w:p>
    <w:p w14:paraId="60A489D6" w14:textId="77777777" w:rsidR="008A4C82" w:rsidRDefault="00000000">
      <w:pPr>
        <w:pStyle w:val="Heading2"/>
      </w:pPr>
      <w:bookmarkStart w:id="29" w:name="hbk_29"/>
      <w:r>
        <w:t>Student Attendance and Academic Engagement</w:t>
      </w:r>
      <w:bookmarkEnd w:id="29"/>
    </w:p>
    <w:p w14:paraId="2348BA79" w14:textId="77777777" w:rsidR="008A4C82" w:rsidRDefault="00000000">
      <w:pPr>
        <w:spacing w:after="100"/>
      </w:pPr>
      <w:r>
        <w:t>Faculty are responsible for maintaining accurate records of student attendance and academic engagement sufficient to meet University reporting requirements. Faculty must comply with current MGA procedures for no-show reporting, withdrawal-related reporting, final grades, and last date of attendance. In online courses, a student's login to D2L alone does not constitute academic engagement.</w:t>
      </w:r>
    </w:p>
    <w:p w14:paraId="382684BB" w14:textId="77777777" w:rsidR="008A4C82" w:rsidRDefault="00000000">
      <w:pPr>
        <w:spacing w:after="100"/>
      </w:pPr>
      <w:r>
        <w:t xml:space="preserve">See </w:t>
      </w:r>
      <w:hyperlink r:id="rId32">
        <w:r w:rsidR="008A4C82">
          <w:rPr>
            <w:color w:val="0563C1"/>
            <w:u w:val="single"/>
          </w:rPr>
          <w:t>MGA Registrar - Faculty Resources</w:t>
        </w:r>
      </w:hyperlink>
      <w:r>
        <w:t xml:space="preserve"> for current reporting procedures.</w:t>
      </w:r>
    </w:p>
    <w:p w14:paraId="38BECC6E" w14:textId="77777777" w:rsidR="008A4C82" w:rsidRDefault="00000000">
      <w:pPr>
        <w:pStyle w:val="Heading2"/>
      </w:pPr>
      <w:bookmarkStart w:id="30" w:name="hbk_30"/>
      <w:r>
        <w:lastRenderedPageBreak/>
        <w:t>Hybrid/Blended Courses</w:t>
      </w:r>
      <w:bookmarkEnd w:id="30"/>
    </w:p>
    <w:p w14:paraId="0AB57147" w14:textId="77777777" w:rsidR="008A4C82" w:rsidRDefault="00000000">
      <w:pPr>
        <w:spacing w:after="100"/>
      </w:pPr>
      <w:r>
        <w:t>Hybrid or blended courses combine scheduled face-to-face instruction with online course activity. Students are expected to participate in both components as established in the course syllabus. Online components must comply with current MGA Standards for Online Courses and applicable School of Aviation expectations.</w:t>
      </w:r>
    </w:p>
    <w:p w14:paraId="6DC7780C" w14:textId="77777777" w:rsidR="008A4C82" w:rsidRDefault="00000000">
      <w:pPr>
        <w:pStyle w:val="Heading2"/>
      </w:pPr>
      <w:bookmarkStart w:id="31" w:name="hbk_31"/>
      <w:r>
        <w:t>Textbook and Course Material Adoption</w:t>
      </w:r>
      <w:bookmarkEnd w:id="31"/>
    </w:p>
    <w:p w14:paraId="18555A99" w14:textId="77777777" w:rsidR="008A4C82" w:rsidRDefault="00000000">
      <w:pPr>
        <w:spacing w:after="100"/>
      </w:pPr>
      <w:r>
        <w:t>Textbooks and required course materials are selected in accordance with the Middle Georgia State University Faculty Handbook and applicable Department procedures. To promote consistency in course learning outcomes and student experiences, sections of the same School of Aviation course should normally use the same approved textbook or primary course materials unless an alternative is approved by the Department Chair.</w:t>
      </w:r>
    </w:p>
    <w:p w14:paraId="1D816B56" w14:textId="77777777" w:rsidR="008A4C82" w:rsidRDefault="00000000">
      <w:pPr>
        <w:spacing w:after="100"/>
      </w:pPr>
      <w:r>
        <w:t>Faculty proposing a change to an established textbook or primary course material should coordinate the proposed change through the appropriate Department Chair and applicable departmental review process. Faculty-authored textbooks must comply with MGA requirements for independent third-party review. Faculty must also comply with applicable MGA and Board of Regents requirements concerning textbook selection, faculty-authored materials, desk copies, and financial incentives.</w:t>
      </w:r>
    </w:p>
    <w:p w14:paraId="08FF8E39" w14:textId="77777777" w:rsidR="008A4C82" w:rsidRDefault="00000000">
      <w:pPr>
        <w:spacing w:after="100"/>
      </w:pPr>
      <w:r>
        <w:t xml:space="preserve">See the current </w:t>
      </w:r>
      <w:hyperlink r:id="rId33">
        <w:r w:rsidR="008A4C82">
          <w:rPr>
            <w:color w:val="0563C1"/>
            <w:u w:val="single"/>
          </w:rPr>
          <w:t>MGA Faculty Handbook</w:t>
        </w:r>
      </w:hyperlink>
      <w:r>
        <w:t xml:space="preserve"> for controlling textbook requirements.</w:t>
      </w:r>
    </w:p>
    <w:p w14:paraId="4EFFDB3A" w14:textId="77777777" w:rsidR="008A4C82" w:rsidRDefault="00000000">
      <w:pPr>
        <w:pStyle w:val="Heading1"/>
      </w:pPr>
      <w:bookmarkStart w:id="32" w:name="hbk_32"/>
      <w:r>
        <w:t>5. Faculty Employment and Credentialing</w:t>
      </w:r>
      <w:bookmarkEnd w:id="32"/>
    </w:p>
    <w:p w14:paraId="488A1497" w14:textId="77777777" w:rsidR="008A4C82" w:rsidRDefault="00000000">
      <w:pPr>
        <w:spacing w:after="100"/>
      </w:pPr>
      <w:r>
        <w:t>Faculty employment, appointment, credentialing, retirement, resignation, and related personnel matters are governed by current University System of Georgia and Middle Georgia State University policies. This handbook does not replace those controlling policies.</w:t>
      </w:r>
    </w:p>
    <w:p w14:paraId="7444BA7F" w14:textId="77777777" w:rsidR="008A4C82" w:rsidRDefault="00000000">
      <w:pPr>
        <w:pStyle w:val="Heading2"/>
      </w:pPr>
      <w:bookmarkStart w:id="33" w:name="hbk_33"/>
      <w:r>
        <w:t>Part-Time and Full-Time Faculty</w:t>
      </w:r>
      <w:bookmarkEnd w:id="33"/>
    </w:p>
    <w:p w14:paraId="0BB38B95" w14:textId="77777777" w:rsidR="008A4C82" w:rsidRDefault="00000000">
      <w:pPr>
        <w:spacing w:after="100"/>
      </w:pPr>
      <w:r>
        <w:t xml:space="preserve">Refer to the current </w:t>
      </w:r>
      <w:hyperlink r:id="rId34">
        <w:r w:rsidR="008A4C82">
          <w:rPr>
            <w:color w:val="0563C1"/>
            <w:u w:val="single"/>
          </w:rPr>
          <w:t>USG Board of Regents Policy Manual</w:t>
        </w:r>
      </w:hyperlink>
      <w:r>
        <w:t xml:space="preserve"> and MGA personnel policies for definitions, appointment requirements, and conditions of employment.</w:t>
      </w:r>
    </w:p>
    <w:p w14:paraId="01FE86E9" w14:textId="77777777" w:rsidR="008A4C82" w:rsidRDefault="00000000">
      <w:pPr>
        <w:pStyle w:val="Heading2"/>
      </w:pPr>
      <w:bookmarkStart w:id="34" w:name="hbk_34"/>
      <w:r>
        <w:t>Qualifications and Credentialing</w:t>
      </w:r>
      <w:bookmarkEnd w:id="34"/>
    </w:p>
    <w:p w14:paraId="1C8A3977" w14:textId="77777777" w:rsidR="008A4C82" w:rsidRDefault="00000000">
      <w:pPr>
        <w:spacing w:after="100"/>
      </w:pPr>
      <w:r>
        <w:t>Faculty qualifications must meet current USG, MGA, accreditation, and program-specific credentialing requirements. Faculty are responsible for providing documentation required to establish and maintain appropriate credentials.</w:t>
      </w:r>
    </w:p>
    <w:p w14:paraId="7DCB5322" w14:textId="77777777" w:rsidR="008A4C82" w:rsidRDefault="00000000">
      <w:pPr>
        <w:spacing w:after="100"/>
      </w:pPr>
      <w:r>
        <w:t xml:space="preserve">See the </w:t>
      </w:r>
      <w:hyperlink r:id="rId35">
        <w:r w:rsidR="008A4C82">
          <w:rPr>
            <w:color w:val="0563C1"/>
            <w:u w:val="single"/>
          </w:rPr>
          <w:t>MGA Faculty Handbook</w:t>
        </w:r>
      </w:hyperlink>
      <w:r>
        <w:t xml:space="preserve"> and current USG policies for controlling requirements.</w:t>
      </w:r>
    </w:p>
    <w:p w14:paraId="7C414C70" w14:textId="77777777" w:rsidR="008A4C82" w:rsidRDefault="00000000">
      <w:pPr>
        <w:pStyle w:val="Heading2"/>
      </w:pPr>
      <w:bookmarkStart w:id="35" w:name="hbk_35"/>
      <w:r>
        <w:t>Retirement and Resignation</w:t>
      </w:r>
      <w:bookmarkEnd w:id="35"/>
    </w:p>
    <w:p w14:paraId="701E6616" w14:textId="77777777" w:rsidR="008A4C82" w:rsidRDefault="00000000">
      <w:pPr>
        <w:spacing w:after="100"/>
      </w:pPr>
      <w:r>
        <w:t>Faculty considering retirement or resignation should follow current MGA Human Resources and USG procedures, including applicable notice and eligibility requirements.</w:t>
      </w:r>
    </w:p>
    <w:p w14:paraId="593F4E81" w14:textId="77777777" w:rsidR="008A4C82" w:rsidRDefault="00000000">
      <w:pPr>
        <w:pStyle w:val="Heading1"/>
      </w:pPr>
      <w:bookmarkStart w:id="36" w:name="hbk_36"/>
      <w:r>
        <w:t>6. Faculty Rights and Responsibilities</w:t>
      </w:r>
      <w:bookmarkEnd w:id="36"/>
    </w:p>
    <w:p w14:paraId="6CB39615" w14:textId="77777777" w:rsidR="008A4C82" w:rsidRDefault="00000000">
      <w:pPr>
        <w:pStyle w:val="Heading2"/>
      </w:pPr>
      <w:bookmarkStart w:id="37" w:name="hbk_37"/>
      <w:r>
        <w:t>Workload Policy</w:t>
      </w:r>
      <w:bookmarkEnd w:id="37"/>
    </w:p>
    <w:p w14:paraId="4091A10F" w14:textId="77777777" w:rsidR="008A4C82" w:rsidRDefault="00000000">
      <w:pPr>
        <w:spacing w:after="100"/>
      </w:pPr>
      <w:r>
        <w:t xml:space="preserve">Faculty responsibilities may include teaching, advising, service, professional development, scholarship, and other assigned duties. Teaching is a primary faculty responsibility at MGA. Workload proportions may vary </w:t>
      </w:r>
      <w:r>
        <w:lastRenderedPageBreak/>
        <w:t>based on appointment, assignment, qualifications, program needs, contact hours, student load, number of preparations, travel, and other factors recognized by University policy.</w:t>
      </w:r>
    </w:p>
    <w:p w14:paraId="2DDC98FD" w14:textId="77777777" w:rsidR="008A4C82" w:rsidRDefault="00000000">
      <w:pPr>
        <w:spacing w:after="100"/>
      </w:pPr>
      <w:r>
        <w:t xml:space="preserve">Faculty workload is governed by the current </w:t>
      </w:r>
      <w:hyperlink r:id="rId36">
        <w:r w:rsidR="008A4C82">
          <w:rPr>
            <w:color w:val="0563C1"/>
            <w:u w:val="single"/>
          </w:rPr>
          <w:t>MGA Faculty Handbook</w:t>
        </w:r>
      </w:hyperlink>
      <w:r>
        <w:t xml:space="preserve"> and applicable USG policy.</w:t>
      </w:r>
    </w:p>
    <w:p w14:paraId="02E5E1E7" w14:textId="77777777" w:rsidR="008A4C82" w:rsidRDefault="00000000">
      <w:pPr>
        <w:pStyle w:val="Heading2"/>
      </w:pPr>
      <w:bookmarkStart w:id="38" w:name="hbk_38"/>
      <w:r>
        <w:t>Teaching and Advising</w:t>
      </w:r>
      <w:bookmarkEnd w:id="38"/>
    </w:p>
    <w:p w14:paraId="4818130A" w14:textId="4CFDADD7" w:rsidR="008A4C82" w:rsidRDefault="00000000">
      <w:pPr>
        <w:spacing w:after="100"/>
      </w:pPr>
      <w:r>
        <w:t>Excellent teaching and effectiveness in instruction are central faculty expectations. Advising and</w:t>
      </w:r>
      <w:r w:rsidR="007F006E">
        <w:t>/or</w:t>
      </w:r>
      <w:r>
        <w:t xml:space="preserve"> mentoring also support student retention, progression, graduation, and professional preparation. Evidence of teaching effectiveness may include student feedback, peer evaluation, instructional materials, assessment results, teaching innovations, honors or awards, and other appropriate documentation.</w:t>
      </w:r>
    </w:p>
    <w:p w14:paraId="5E9F4259" w14:textId="77777777" w:rsidR="005214A7" w:rsidRDefault="00000000">
      <w:pPr>
        <w:pStyle w:val="Heading3"/>
      </w:pPr>
      <w:r>
        <w:t>Curriculum</w:t>
      </w:r>
    </w:p>
    <w:p w14:paraId="1EC12767" w14:textId="77777777" w:rsidR="005214A7" w:rsidRDefault="00000000">
      <w:r>
        <w:t>Curriculum development and revision within the School of Aviation is a faculty-driven process coordinated through the School of Aviation Curriculum Committee. The Committee reviews proposed new courses, programs, and substantive changes to existing curricula and makes recommendations through the appropriate School and University approval processes.</w:t>
      </w:r>
    </w:p>
    <w:p w14:paraId="73115070" w14:textId="77777777" w:rsidR="005214A7" w:rsidRDefault="00000000">
      <w:r>
        <w:t>Curriculum decisions should be informed by program assessment, faculty expertise, accreditation and regulatory requirements, industry and workforce needs, and recommendations from the School's advisory committees. Advisory committee recommendations provide important industry and stakeholder input; however, curricular changes must proceed through the School of Aviation Curriculum Committee and the applicable Middle Georgia State University curriculum approval process.</w:t>
      </w:r>
    </w:p>
    <w:p w14:paraId="7A47D777" w14:textId="77777777" w:rsidR="008A4C82" w:rsidRDefault="00000000">
      <w:pPr>
        <w:pStyle w:val="Heading2"/>
      </w:pPr>
      <w:bookmarkStart w:id="39" w:name="hbk_39"/>
      <w:r>
        <w:t>Scholarship</w:t>
      </w:r>
      <w:bookmarkEnd w:id="39"/>
    </w:p>
    <w:p w14:paraId="3121D6F5" w14:textId="77777777" w:rsidR="008A4C82" w:rsidRDefault="00000000">
      <w:pPr>
        <w:spacing w:after="100"/>
      </w:pPr>
      <w:r>
        <w:t>Scholarship within the School of Aviation may be demonstrated through the Boyer model of discovery, integration, application, and teaching, consistent with applicable MGA promotion, tenure, and evaluation expectations.</w:t>
      </w:r>
    </w:p>
    <w:p w14:paraId="7A40500A" w14:textId="77777777" w:rsidR="008A4C82" w:rsidRDefault="00000000">
      <w:pPr>
        <w:pStyle w:val="Heading3"/>
      </w:pPr>
      <w:r>
        <w:t>Scholarship of Discovery</w:t>
      </w:r>
    </w:p>
    <w:p w14:paraId="104B8413" w14:textId="77777777" w:rsidR="008A4C82" w:rsidRDefault="00000000">
      <w:pPr>
        <w:pStyle w:val="ListBullet"/>
        <w:spacing w:after="40"/>
      </w:pPr>
      <w:r>
        <w:t>Search for and creation of new knowledge.</w:t>
      </w:r>
    </w:p>
    <w:p w14:paraId="3C168ADE" w14:textId="77777777" w:rsidR="008A4C82" w:rsidRDefault="00000000">
      <w:pPr>
        <w:pStyle w:val="ListBullet"/>
        <w:spacing w:after="40"/>
      </w:pPr>
      <w:r>
        <w:t>Discovery of new information, practices, or models.</w:t>
      </w:r>
    </w:p>
    <w:p w14:paraId="47DA48CE" w14:textId="77777777" w:rsidR="008A4C82" w:rsidRDefault="00000000">
      <w:pPr>
        <w:pStyle w:val="ListBullet"/>
        <w:spacing w:after="40"/>
      </w:pPr>
      <w:r>
        <w:t>Sharing discoveries through scholarly or professional publication and presentation.</w:t>
      </w:r>
    </w:p>
    <w:p w14:paraId="1C27DEBB" w14:textId="77777777" w:rsidR="008A4C82" w:rsidRDefault="00000000">
      <w:pPr>
        <w:pStyle w:val="Heading3"/>
      </w:pPr>
      <w:r>
        <w:t>Scholarship of Integration</w:t>
      </w:r>
    </w:p>
    <w:p w14:paraId="409861E2" w14:textId="77777777" w:rsidR="008A4C82" w:rsidRDefault="00000000">
      <w:pPr>
        <w:pStyle w:val="ListBullet"/>
        <w:spacing w:after="40"/>
      </w:pPr>
      <w:r>
        <w:t>Integration of knowledge from different sources or disciplines.</w:t>
      </w:r>
    </w:p>
    <w:p w14:paraId="30EFEC8D" w14:textId="77777777" w:rsidR="008A4C82" w:rsidRDefault="00000000">
      <w:pPr>
        <w:pStyle w:val="ListBullet"/>
        <w:spacing w:after="40"/>
      </w:pPr>
      <w:r>
        <w:t>Bringing findings together to identify convergence, relationships, or broader meaning.</w:t>
      </w:r>
    </w:p>
    <w:p w14:paraId="7F52A1B4" w14:textId="77777777" w:rsidR="008A4C82" w:rsidRDefault="00000000">
      <w:pPr>
        <w:pStyle w:val="ListBullet"/>
        <w:spacing w:after="40"/>
      </w:pPr>
      <w:r>
        <w:t>Identifying trends and interpreting knowledge in new ways.</w:t>
      </w:r>
    </w:p>
    <w:p w14:paraId="20127758" w14:textId="77777777" w:rsidR="008A4C82" w:rsidRDefault="00000000">
      <w:pPr>
        <w:pStyle w:val="Heading3"/>
      </w:pPr>
      <w:r>
        <w:t>Scholarship of Application</w:t>
      </w:r>
    </w:p>
    <w:p w14:paraId="7F7935AB" w14:textId="77777777" w:rsidR="008A4C82" w:rsidRDefault="00000000">
      <w:pPr>
        <w:pStyle w:val="ListBullet"/>
        <w:spacing w:after="40"/>
      </w:pPr>
      <w:r>
        <w:t>Applying disciplinary or interdisciplinary knowledge to solve real-world problems or improve professional practice.</w:t>
      </w:r>
    </w:p>
    <w:p w14:paraId="680CE4FE" w14:textId="77777777" w:rsidR="008A4C82" w:rsidRDefault="00000000">
      <w:pPr>
        <w:pStyle w:val="Heading3"/>
      </w:pPr>
      <w:r>
        <w:t>Scholarship of Teaching</w:t>
      </w:r>
    </w:p>
    <w:p w14:paraId="51B9D87D" w14:textId="77777777" w:rsidR="008A4C82" w:rsidRDefault="00000000">
      <w:pPr>
        <w:pStyle w:val="ListBullet"/>
        <w:spacing w:after="40"/>
      </w:pPr>
      <w:r>
        <w:t>Developing, assessing, and sharing innovative approaches and best practices for teaching and learning.</w:t>
      </w:r>
    </w:p>
    <w:p w14:paraId="61B302AF" w14:textId="77777777" w:rsidR="008A4C82" w:rsidRDefault="00000000">
      <w:pPr>
        <w:pStyle w:val="ListBullet"/>
        <w:spacing w:after="40"/>
      </w:pPr>
      <w:r>
        <w:t>Formal and informal teaching, advising, mentoring, and curriculum development that contribute to the broader knowledge of effective instruction.</w:t>
      </w:r>
    </w:p>
    <w:p w14:paraId="2B7AD429" w14:textId="77777777" w:rsidR="008A4C82" w:rsidRDefault="00000000">
      <w:pPr>
        <w:pStyle w:val="Heading3"/>
      </w:pPr>
      <w:r>
        <w:t>Examples of Scholarly Work</w:t>
      </w:r>
    </w:p>
    <w:p w14:paraId="2229E18B" w14:textId="77777777" w:rsidR="008A4C82" w:rsidRDefault="00000000">
      <w:pPr>
        <w:pStyle w:val="ListBullet"/>
        <w:spacing w:after="40"/>
      </w:pPr>
      <w:r>
        <w:t>Publications and discipline-relevant professional writing.</w:t>
      </w:r>
    </w:p>
    <w:p w14:paraId="3BBE5143" w14:textId="77777777" w:rsidR="008A4C82" w:rsidRDefault="00000000">
      <w:pPr>
        <w:pStyle w:val="ListBullet"/>
        <w:spacing w:after="40"/>
      </w:pPr>
      <w:r>
        <w:lastRenderedPageBreak/>
        <w:t>Presentations at regional, statewide, national, or international conferences.</w:t>
      </w:r>
    </w:p>
    <w:p w14:paraId="0F4040EC" w14:textId="77777777" w:rsidR="008A4C82" w:rsidRDefault="00000000">
      <w:pPr>
        <w:pStyle w:val="ListBullet"/>
        <w:spacing w:after="40"/>
      </w:pPr>
      <w:r>
        <w:t>Discipline-specific professional or community work that demonstrates the scholarship of application.</w:t>
      </w:r>
    </w:p>
    <w:p w14:paraId="2F075F73" w14:textId="77777777" w:rsidR="008A4C82" w:rsidRDefault="00000000">
      <w:pPr>
        <w:pStyle w:val="ListBullet"/>
        <w:spacing w:after="40"/>
      </w:pPr>
      <w:r>
        <w:t>Networked scholarly activity across disciplines, roles, or institutions.</w:t>
      </w:r>
    </w:p>
    <w:p w14:paraId="48E57DB8" w14:textId="77777777" w:rsidR="008A4C82" w:rsidRDefault="00000000">
      <w:pPr>
        <w:pStyle w:val="ListBullet"/>
        <w:spacing w:after="40"/>
      </w:pPr>
      <w:r>
        <w:t>Applying for or obtaining grants from philanthropic, state, federal, or other appropriate organizations.</w:t>
      </w:r>
    </w:p>
    <w:p w14:paraId="2714C580" w14:textId="77777777" w:rsidR="008A4C82" w:rsidRDefault="00000000">
      <w:pPr>
        <w:pStyle w:val="ListBullet"/>
        <w:spacing w:after="40"/>
      </w:pPr>
      <w:r>
        <w:t>Editorial or peer-review work.</w:t>
      </w:r>
    </w:p>
    <w:p w14:paraId="62E9882E" w14:textId="77777777" w:rsidR="008A4C82" w:rsidRDefault="00000000">
      <w:pPr>
        <w:pStyle w:val="ListBullet"/>
        <w:spacing w:after="40"/>
      </w:pPr>
      <w:r>
        <w:t>Development and assessment of teaching materials, instructional technology, or other resources that enhance learning.</w:t>
      </w:r>
    </w:p>
    <w:p w14:paraId="341A2DE5" w14:textId="77777777" w:rsidR="008A4C82" w:rsidRDefault="00000000">
      <w:pPr>
        <w:pStyle w:val="ListBullet"/>
        <w:spacing w:after="40"/>
      </w:pPr>
      <w:r>
        <w:t>Service on thesis or dissertation committees.</w:t>
      </w:r>
    </w:p>
    <w:p w14:paraId="6B5F7438" w14:textId="77777777" w:rsidR="008A4C82" w:rsidRDefault="00000000">
      <w:pPr>
        <w:pStyle w:val="ListBullet"/>
        <w:spacing w:after="40"/>
      </w:pPr>
      <w:r>
        <w:t>Literature reviews and other scholarly synthesis.</w:t>
      </w:r>
    </w:p>
    <w:p w14:paraId="47FA73DE" w14:textId="77777777" w:rsidR="008A4C82" w:rsidRDefault="00000000">
      <w:pPr>
        <w:pStyle w:val="Heading3"/>
      </w:pPr>
      <w:r>
        <w:t>Aviation-Specific Examples</w:t>
      </w:r>
    </w:p>
    <w:p w14:paraId="6E3BD84C" w14:textId="77777777" w:rsidR="008A4C82" w:rsidRDefault="00000000">
      <w:pPr>
        <w:spacing w:after="100"/>
      </w:pPr>
      <w:r>
        <w:t>Consistent with the professional nature of aviation education, appropriate scholarly or professional achievements may include, when relevant to the faculty member's assignment and documented in accordance with MGA expectations:</w:t>
      </w:r>
    </w:p>
    <w:p w14:paraId="08E5D4D9" w14:textId="77777777" w:rsidR="008A4C82" w:rsidRDefault="00000000">
      <w:pPr>
        <w:pStyle w:val="ListBullet"/>
        <w:spacing w:after="40"/>
      </w:pPr>
      <w:r>
        <w:t>Obtaining an aviation rating or certificate beyond that required for initial appointment.</w:t>
      </w:r>
    </w:p>
    <w:p w14:paraId="74233869" w14:textId="77777777" w:rsidR="008A4C82" w:rsidRDefault="00000000">
      <w:pPr>
        <w:pStyle w:val="ListBullet"/>
        <w:spacing w:after="40"/>
      </w:pPr>
      <w:r>
        <w:t>Obtaining an additional graduate degree beyond that required for initial appointment.</w:t>
      </w:r>
    </w:p>
    <w:p w14:paraId="0637FB1A" w14:textId="77777777" w:rsidR="008A4C82" w:rsidRDefault="00000000">
      <w:pPr>
        <w:pStyle w:val="ListBullet"/>
        <w:spacing w:after="40"/>
      </w:pPr>
      <w:r>
        <w:t>Appointment as an FAA pilot examiner or achievement of a recognized Master Instructor designation beyond that required for initial appointment.</w:t>
      </w:r>
    </w:p>
    <w:p w14:paraId="2CA8B7BD" w14:textId="77777777" w:rsidR="008A4C82" w:rsidRDefault="00000000">
      <w:pPr>
        <w:pStyle w:val="ListBullet"/>
        <w:spacing w:after="40"/>
      </w:pPr>
      <w:r>
        <w:t>Significant new-course development, creation of textbook-free or low-cost course resources, or substantive content/design changes across multiple courses.</w:t>
      </w:r>
    </w:p>
    <w:p w14:paraId="5F9D9657" w14:textId="77777777" w:rsidR="005214A7" w:rsidRDefault="00000000">
      <w:pPr>
        <w:pStyle w:val="ListBullet"/>
      </w:pPr>
      <w:r>
        <w:t>Completion of CFI/CFII certificate renewal requirements.</w:t>
      </w:r>
    </w:p>
    <w:p w14:paraId="3B9D68CA" w14:textId="77777777" w:rsidR="005214A7" w:rsidRDefault="00000000">
      <w:pPr>
        <w:pStyle w:val="ListBullet"/>
      </w:pPr>
      <w:r>
        <w:t>Completion of FAA Inspection Authorization (IA) renewal requirements.</w:t>
      </w:r>
    </w:p>
    <w:p w14:paraId="20C9D76A" w14:textId="77777777" w:rsidR="008A4C82" w:rsidRDefault="00000000">
      <w:pPr>
        <w:pStyle w:val="Heading2"/>
      </w:pPr>
      <w:bookmarkStart w:id="40" w:name="hbk_40"/>
      <w:r>
        <w:t>Service</w:t>
      </w:r>
      <w:bookmarkEnd w:id="40"/>
    </w:p>
    <w:p w14:paraId="7A59C2AA" w14:textId="77777777" w:rsidR="008A4C82" w:rsidRDefault="00000000">
      <w:pPr>
        <w:spacing w:after="100"/>
      </w:pPr>
      <w:r>
        <w:t>Service includes meaningful contributions to the Department, School, University, profession, and community. Faculty should document service appropriate to their assigned responsibilities and evaluation expectations.</w:t>
      </w:r>
    </w:p>
    <w:p w14:paraId="608DE6B2" w14:textId="77777777" w:rsidR="008A4C82" w:rsidRDefault="00000000">
      <w:pPr>
        <w:pStyle w:val="Heading2"/>
      </w:pPr>
      <w:bookmarkStart w:id="41" w:name="hbk_41"/>
      <w:r>
        <w:t>Professional Development</w:t>
      </w:r>
      <w:bookmarkEnd w:id="41"/>
    </w:p>
    <w:p w14:paraId="3ED82D14" w14:textId="77777777" w:rsidR="008A4C82" w:rsidRDefault="00000000">
      <w:pPr>
        <w:spacing w:after="100"/>
      </w:pPr>
      <w:r>
        <w:t>Faculty are encouraged and, where applicable, expected to engage in activities that enhance professional knowledge, disciplinary currency, instructional effectiveness, safety, regulatory awareness, and professional competence. Examples include continuing formal study, lectures, workshops, seminars, institutes, conferences, recurrent training, and continuing education.</w:t>
      </w:r>
    </w:p>
    <w:p w14:paraId="0646401F" w14:textId="77777777" w:rsidR="008A4C82" w:rsidRDefault="00000000">
      <w:pPr>
        <w:pStyle w:val="Heading2"/>
      </w:pPr>
      <w:bookmarkStart w:id="42" w:name="hbk_42"/>
      <w:r>
        <w:t>Faculty Teaching Load and Overload</w:t>
      </w:r>
      <w:bookmarkEnd w:id="42"/>
    </w:p>
    <w:p w14:paraId="50168F4C" w14:textId="77777777" w:rsidR="008A4C82" w:rsidRDefault="00000000">
      <w:pPr>
        <w:spacing w:after="100"/>
      </w:pPr>
      <w:r>
        <w:t>Teaching-load and overload assignments must follow current MGA and USG workload policies. Under the current MGA Faculty Handbook, faculty with a terminal degree normally teach four classes or 12 semester hours per semester, while faculty without a terminal degree normally teach five classes or 15 semester hours per semester. Lecturers normally teach five classes or 15 semester hours per semester regardless of degree status. Equivalent workloads for laboratory and other nontraditional instructional formats are determined through the applicable University approval process.</w:t>
      </w:r>
    </w:p>
    <w:p w14:paraId="0C842CA1" w14:textId="77777777" w:rsidR="005214A7" w:rsidRDefault="00000000">
      <w:r>
        <w:t>Faculty with terminal degrees who are not actively engaged in research, scholarly activities, or professional development must provide evidence of other activities appropriate to their assigned workload. Such activities must be approved by the Dean and should represent an appropriate contribution of effort consistent with the faculty member's assigned responsibilities.</w:t>
      </w:r>
    </w:p>
    <w:p w14:paraId="45B0E40B" w14:textId="77777777" w:rsidR="008A4C82" w:rsidRDefault="00000000">
      <w:pPr>
        <w:pStyle w:val="Heading3"/>
      </w:pPr>
      <w:r>
        <w:lastRenderedPageBreak/>
        <w:t>Terminal Degree for School of Aviation Workload Purposes</w:t>
      </w:r>
    </w:p>
    <w:p w14:paraId="2E2965BF" w14:textId="77777777" w:rsidR="008A4C82" w:rsidRDefault="00000000">
      <w:pPr>
        <w:spacing w:after="100"/>
      </w:pPr>
      <w:r>
        <w:t>For School of Aviation faculty workload purposes, an earned doctoral degree in aviation or an appropriate aviation-related discipline is considered a terminal degree. A master's degree in aviation is not considered a terminal degree for this purpose.</w:t>
      </w:r>
    </w:p>
    <w:p w14:paraId="05310B82" w14:textId="77777777" w:rsidR="008A4C82" w:rsidRDefault="00000000">
      <w:pPr>
        <w:pStyle w:val="Heading3"/>
      </w:pPr>
      <w:r>
        <w:t>Aviation Maintenance and Structural Technology Faculty Workload</w:t>
      </w:r>
    </w:p>
    <w:p w14:paraId="459339C4" w14:textId="77777777" w:rsidR="008A4C82" w:rsidRDefault="00000000">
      <w:pPr>
        <w:spacing w:after="100"/>
      </w:pPr>
      <w:r>
        <w:t>Because Aviation Maintenance and Structural Technology courses include substantial laboratory and contact-hour requirements, instructional workload is also evaluated using contact hours. Within the School of Aviation, an AMST faculty instructional assignment exceeding 350 contact hours in a semester is considered an overload, subject to applicable University workload and overload approval procedures.</w:t>
      </w:r>
    </w:p>
    <w:p w14:paraId="3C1BEF3E" w14:textId="77777777" w:rsidR="008A4C82" w:rsidRDefault="00000000">
      <w:pPr>
        <w:spacing w:after="100"/>
      </w:pPr>
      <w:r>
        <w:t>When overloads are necessary, faculty and administrators must follow current MGA and USG requirements concerning workload adjustment, approval, compensation, and limits on overload assignments.</w:t>
      </w:r>
    </w:p>
    <w:p w14:paraId="16B5EB9A" w14:textId="77777777" w:rsidR="008A4C82" w:rsidRDefault="00000000">
      <w:pPr>
        <w:spacing w:after="100"/>
      </w:pPr>
      <w:r>
        <w:t xml:space="preserve">See the current </w:t>
      </w:r>
      <w:hyperlink r:id="rId37">
        <w:r w:rsidR="008A4C82">
          <w:rPr>
            <w:color w:val="0563C1"/>
            <w:u w:val="single"/>
          </w:rPr>
          <w:t>MGA Faculty Handbook</w:t>
        </w:r>
      </w:hyperlink>
      <w:r>
        <w:t xml:space="preserve"> for controlling teaching-load and overload procedures.</w:t>
      </w:r>
    </w:p>
    <w:p w14:paraId="5C1C30C3" w14:textId="77777777" w:rsidR="008A4C82" w:rsidRDefault="00000000">
      <w:pPr>
        <w:pStyle w:val="Heading1"/>
      </w:pPr>
      <w:bookmarkStart w:id="43" w:name="hbk_43"/>
      <w:r>
        <w:t>7. Faculty Performance</w:t>
      </w:r>
      <w:bookmarkEnd w:id="43"/>
    </w:p>
    <w:p w14:paraId="40877D0F" w14:textId="77777777" w:rsidR="008A4C82" w:rsidRDefault="00000000">
      <w:pPr>
        <w:pStyle w:val="Heading2"/>
      </w:pPr>
      <w:bookmarkStart w:id="44" w:name="hbk_44"/>
      <w:r>
        <w:t>Annual Evaluation</w:t>
      </w:r>
      <w:bookmarkEnd w:id="44"/>
    </w:p>
    <w:p w14:paraId="28D58895" w14:textId="77777777" w:rsidR="008A4C82" w:rsidRDefault="00000000">
      <w:pPr>
        <w:spacing w:after="100"/>
      </w:pPr>
      <w:r>
        <w:t>Faculty are evaluated in accordance with the current MGA Faculty Handbook and applicable USG policy. Annual evaluation normally includes written review of the faculty member's assigned responsibilities and documented performance, together with an opportunity to discuss the evaluation with the appropriate administrator. Evaluation areas may include teaching effectiveness, student-success activities, scholarship or professional achievement, service, and professional growth, as appropriate to the faculty member's assignment.</w:t>
      </w:r>
    </w:p>
    <w:p w14:paraId="22E597B2" w14:textId="77777777" w:rsidR="008A4C82" w:rsidRDefault="00000000">
      <w:r>
        <w:t>MGA uses the following five-point evaluation scale: 1 - Does Not Meet Expectations; 2 - Needs Improvement; 3 - Meets Expectations; 4 - Exceeds Expectations; and 5 - Exemplary. School-level indicators below provide discipline-specific guidance and examples; they do not replace the faculty member's annual workload agreement, assigned responsibilities, or controlling MGA/USG policy.</w:t>
      </w:r>
    </w:p>
    <w:p w14:paraId="5CF939CA" w14:textId="77777777" w:rsidR="008A4C82" w:rsidRDefault="00000000">
      <w:pPr>
        <w:spacing w:after="100"/>
      </w:pPr>
      <w:r>
        <w:t xml:space="preserve">See the current </w:t>
      </w:r>
      <w:hyperlink r:id="rId38">
        <w:r w:rsidR="008A4C82">
          <w:rPr>
            <w:color w:val="0563C1"/>
            <w:u w:val="single"/>
          </w:rPr>
          <w:t>MGA Faculty Handbook</w:t>
        </w:r>
      </w:hyperlink>
      <w:r>
        <w:t xml:space="preserve"> for the controlling evaluation process and criteria.</w:t>
      </w:r>
    </w:p>
    <w:p w14:paraId="602AE814" w14:textId="77777777" w:rsidR="008A4C82" w:rsidRDefault="00000000">
      <w:pPr>
        <w:pStyle w:val="Heading2"/>
      </w:pPr>
      <w:bookmarkStart w:id="45" w:name="soa_eval_guidelines"/>
      <w:r>
        <w:t>School of Aviation Faculty Evaluation Guidelines</w:t>
      </w:r>
      <w:bookmarkEnd w:id="45"/>
    </w:p>
    <w:p w14:paraId="69161E1B" w14:textId="77777777" w:rsidR="008A4C82" w:rsidRDefault="00000000">
      <w:r>
        <w:t>Consistent with the MGA Faculty Handbook, the School of Aviation uses discipline-specific quality indicators and examples to support annual evaluation. Teaching remains the primary emphasis, while the relevance and weighting of student success, scholarship/professional achievement, service, and professional growth and development depend on faculty rank, workload agreement, and assigned responsibilities. The examples below are illustrative rather than exhaustive. A single activity may support more than one area when its purpose and impact are clearly documented, but the same evidence should not be counted in a misleading or duplicative manner.</w:t>
      </w:r>
    </w:p>
    <w:p w14:paraId="108DDFA8" w14:textId="77777777" w:rsidR="008A4C82" w:rsidRDefault="00000000">
      <w:pPr>
        <w:pStyle w:val="Heading3"/>
      </w:pPr>
      <w:r>
        <w:t>Teaching and Instruction</w:t>
      </w:r>
    </w:p>
    <w:tbl>
      <w:tblPr>
        <w:tblStyle w:val="TableGrid"/>
        <w:tblW w:w="0" w:type="auto"/>
        <w:jc w:val="center"/>
        <w:tblLook w:val="04A0" w:firstRow="1" w:lastRow="0" w:firstColumn="1" w:lastColumn="0" w:noHBand="0" w:noVBand="1"/>
      </w:tblPr>
      <w:tblGrid>
        <w:gridCol w:w="1295"/>
        <w:gridCol w:w="6268"/>
        <w:gridCol w:w="2589"/>
      </w:tblGrid>
      <w:tr w:rsidR="008A4C82" w14:paraId="7287FABE" w14:textId="77777777">
        <w:trPr>
          <w:tblHeader/>
          <w:jc w:val="center"/>
        </w:trPr>
        <w:tc>
          <w:tcPr>
            <w:tcW w:w="1296" w:type="dxa"/>
            <w:vAlign w:val="center"/>
          </w:tcPr>
          <w:p w14:paraId="2DC9EE73" w14:textId="77777777" w:rsidR="008A4C82" w:rsidRDefault="00000000">
            <w:pPr>
              <w:spacing w:after="60"/>
            </w:pPr>
            <w:r>
              <w:rPr>
                <w:b/>
                <w:sz w:val="18"/>
              </w:rPr>
              <w:t>Rating</w:t>
            </w:r>
          </w:p>
        </w:tc>
        <w:tc>
          <w:tcPr>
            <w:tcW w:w="6336" w:type="dxa"/>
            <w:vAlign w:val="center"/>
          </w:tcPr>
          <w:p w14:paraId="36CD7105" w14:textId="77777777" w:rsidR="008A4C82" w:rsidRDefault="00000000">
            <w:pPr>
              <w:spacing w:after="60"/>
            </w:pPr>
            <w:r>
              <w:rPr>
                <w:b/>
                <w:sz w:val="18"/>
              </w:rPr>
              <w:t>School of Aviation indicators and examples</w:t>
            </w:r>
          </w:p>
        </w:tc>
        <w:tc>
          <w:tcPr>
            <w:tcW w:w="2592" w:type="dxa"/>
            <w:vAlign w:val="center"/>
          </w:tcPr>
          <w:p w14:paraId="02758BFC" w14:textId="77777777" w:rsidR="008A4C82" w:rsidRDefault="00000000">
            <w:pPr>
              <w:spacing w:after="60"/>
            </w:pPr>
            <w:r>
              <w:rPr>
                <w:b/>
                <w:sz w:val="18"/>
              </w:rPr>
              <w:t>Possible documentation</w:t>
            </w:r>
          </w:p>
        </w:tc>
      </w:tr>
      <w:tr w:rsidR="008A4C82" w14:paraId="0916906E" w14:textId="77777777">
        <w:trPr>
          <w:jc w:val="center"/>
        </w:trPr>
        <w:tc>
          <w:tcPr>
            <w:tcW w:w="1296" w:type="dxa"/>
          </w:tcPr>
          <w:p w14:paraId="65AB2DB4" w14:textId="77777777" w:rsidR="008A4C82" w:rsidRDefault="00000000">
            <w:pPr>
              <w:spacing w:after="60"/>
            </w:pPr>
            <w:r>
              <w:rPr>
                <w:sz w:val="18"/>
              </w:rPr>
              <w:t>1 - Does Not Meet</w:t>
            </w:r>
          </w:p>
        </w:tc>
        <w:tc>
          <w:tcPr>
            <w:tcW w:w="6336" w:type="dxa"/>
          </w:tcPr>
          <w:p w14:paraId="73054BB2" w14:textId="77777777" w:rsidR="008A4C82" w:rsidRDefault="00000000">
            <w:pPr>
              <w:spacing w:after="60"/>
            </w:pPr>
            <w:r>
              <w:rPr>
                <w:sz w:val="18"/>
              </w:rPr>
              <w:t>Persistent significant deficiencies in assigned teaching responsibilities, course delivery, safety/compliance expectations, grading, availability, or student learning, with inadequate response to documented concerns.</w:t>
            </w:r>
          </w:p>
        </w:tc>
        <w:tc>
          <w:tcPr>
            <w:tcW w:w="2592" w:type="dxa"/>
          </w:tcPr>
          <w:p w14:paraId="2D35EECA" w14:textId="77777777" w:rsidR="008A4C82" w:rsidRDefault="00000000">
            <w:pPr>
              <w:spacing w:after="60"/>
            </w:pPr>
            <w:r>
              <w:rPr>
                <w:sz w:val="18"/>
              </w:rPr>
              <w:t>Annual evaluation evidence; course materials; assessment results; documented concerns and responses.</w:t>
            </w:r>
          </w:p>
        </w:tc>
      </w:tr>
      <w:tr w:rsidR="008A4C82" w14:paraId="1538399F" w14:textId="77777777">
        <w:trPr>
          <w:jc w:val="center"/>
        </w:trPr>
        <w:tc>
          <w:tcPr>
            <w:tcW w:w="1296" w:type="dxa"/>
          </w:tcPr>
          <w:p w14:paraId="41AF85A8" w14:textId="77777777" w:rsidR="008A4C82" w:rsidRDefault="00000000">
            <w:pPr>
              <w:spacing w:after="60"/>
            </w:pPr>
            <w:r>
              <w:rPr>
                <w:sz w:val="18"/>
              </w:rPr>
              <w:t xml:space="preserve">2 - Needs </w:t>
            </w:r>
            <w:r>
              <w:rPr>
                <w:sz w:val="18"/>
              </w:rPr>
              <w:lastRenderedPageBreak/>
              <w:t>Improvement</w:t>
            </w:r>
          </w:p>
        </w:tc>
        <w:tc>
          <w:tcPr>
            <w:tcW w:w="6336" w:type="dxa"/>
          </w:tcPr>
          <w:p w14:paraId="05A752A1" w14:textId="77777777" w:rsidR="008A4C82" w:rsidRDefault="00000000">
            <w:pPr>
              <w:spacing w:after="60"/>
            </w:pPr>
            <w:r>
              <w:rPr>
                <w:sz w:val="18"/>
              </w:rPr>
              <w:lastRenderedPageBreak/>
              <w:t xml:space="preserve">Performance is partially effective but improvement is needed in one or more </w:t>
            </w:r>
            <w:r>
              <w:rPr>
                <w:sz w:val="18"/>
              </w:rPr>
              <w:lastRenderedPageBreak/>
              <w:t>material areas such as course organization, instructional currency, assessment, feedback, accessibility, student engagement, or required safety/regulatory practices.</w:t>
            </w:r>
          </w:p>
        </w:tc>
        <w:tc>
          <w:tcPr>
            <w:tcW w:w="2592" w:type="dxa"/>
          </w:tcPr>
          <w:p w14:paraId="7F19A0BC" w14:textId="77777777" w:rsidR="008A4C82" w:rsidRDefault="00000000">
            <w:pPr>
              <w:spacing w:after="60"/>
            </w:pPr>
            <w:r>
              <w:rPr>
                <w:sz w:val="18"/>
              </w:rPr>
              <w:lastRenderedPageBreak/>
              <w:t xml:space="preserve">Course revisions; </w:t>
            </w:r>
            <w:r>
              <w:rPr>
                <w:sz w:val="18"/>
              </w:rPr>
              <w:lastRenderedPageBreak/>
              <w:t>improvement plan; student feedback; assessment evidence; supervisor/peer feedback.</w:t>
            </w:r>
          </w:p>
        </w:tc>
      </w:tr>
      <w:tr w:rsidR="008A4C82" w14:paraId="670A9269" w14:textId="77777777">
        <w:trPr>
          <w:jc w:val="center"/>
        </w:trPr>
        <w:tc>
          <w:tcPr>
            <w:tcW w:w="1296" w:type="dxa"/>
          </w:tcPr>
          <w:p w14:paraId="29073CD7" w14:textId="77777777" w:rsidR="008A4C82" w:rsidRDefault="00000000">
            <w:pPr>
              <w:spacing w:after="60"/>
            </w:pPr>
            <w:r>
              <w:rPr>
                <w:sz w:val="18"/>
              </w:rPr>
              <w:lastRenderedPageBreak/>
              <w:t>3 - Meets Expectations</w:t>
            </w:r>
          </w:p>
        </w:tc>
        <w:tc>
          <w:tcPr>
            <w:tcW w:w="6336" w:type="dxa"/>
          </w:tcPr>
          <w:p w14:paraId="15B5C0CD" w14:textId="77777777" w:rsidR="008A4C82" w:rsidRDefault="00000000">
            <w:pPr>
              <w:spacing w:after="60"/>
            </w:pPr>
            <w:r>
              <w:rPr>
                <w:sz w:val="18"/>
              </w:rPr>
              <w:t>Consistently fulfills assigned teaching responsibilities; maintains current and accurate course content; uses appropriate assessment and feedback; supports accessibility and academic engagement; and complies with applicable FAA, accreditation, laboratory, simulator, flight, or safety requirements.</w:t>
            </w:r>
          </w:p>
        </w:tc>
        <w:tc>
          <w:tcPr>
            <w:tcW w:w="2592" w:type="dxa"/>
          </w:tcPr>
          <w:p w14:paraId="78B230E4" w14:textId="77777777" w:rsidR="008A4C82" w:rsidRDefault="00000000">
            <w:pPr>
              <w:spacing w:after="60"/>
            </w:pPr>
            <w:r>
              <w:rPr>
                <w:sz w:val="18"/>
              </w:rPr>
              <w:t>Syllabi; D2L/Simple Syllabus materials; assessments; student feedback; peer observations; currency/compliance records.</w:t>
            </w:r>
          </w:p>
        </w:tc>
      </w:tr>
      <w:tr w:rsidR="008A4C82" w14:paraId="2F1C58CC" w14:textId="77777777">
        <w:trPr>
          <w:jc w:val="center"/>
        </w:trPr>
        <w:tc>
          <w:tcPr>
            <w:tcW w:w="1296" w:type="dxa"/>
          </w:tcPr>
          <w:p w14:paraId="1B9FC274" w14:textId="77777777" w:rsidR="008A4C82" w:rsidRDefault="00000000">
            <w:pPr>
              <w:spacing w:after="60"/>
            </w:pPr>
            <w:r>
              <w:rPr>
                <w:sz w:val="18"/>
              </w:rPr>
              <w:t>4 - Exceeds Expectations</w:t>
            </w:r>
          </w:p>
        </w:tc>
        <w:tc>
          <w:tcPr>
            <w:tcW w:w="6336" w:type="dxa"/>
          </w:tcPr>
          <w:p w14:paraId="5AF39CBA" w14:textId="77777777" w:rsidR="008A4C82" w:rsidRDefault="00000000">
            <w:pPr>
              <w:spacing w:after="60"/>
            </w:pPr>
            <w:r>
              <w:rPr>
                <w:sz w:val="18"/>
              </w:rPr>
              <w:t>Demonstrates sustained accomplishments beyond normal teaching duties, such as major course revision, development of innovative aviation simulations/labs, significant curriculum improvement, documented gains in learning or retention, teaching scholarship, or substantial mentoring of colleagues.</w:t>
            </w:r>
          </w:p>
        </w:tc>
        <w:tc>
          <w:tcPr>
            <w:tcW w:w="2592" w:type="dxa"/>
          </w:tcPr>
          <w:p w14:paraId="4ED07B70" w14:textId="77777777" w:rsidR="008A4C82" w:rsidRDefault="00000000">
            <w:pPr>
              <w:spacing w:after="60"/>
            </w:pPr>
            <w:r>
              <w:rPr>
                <w:sz w:val="18"/>
              </w:rPr>
              <w:t>Revised curricula; assessment trends; peer review; teaching presentations/publications; mentoring records; grants/awards.</w:t>
            </w:r>
          </w:p>
        </w:tc>
      </w:tr>
      <w:tr w:rsidR="008A4C82" w14:paraId="1A978986" w14:textId="77777777">
        <w:trPr>
          <w:jc w:val="center"/>
        </w:trPr>
        <w:tc>
          <w:tcPr>
            <w:tcW w:w="1296" w:type="dxa"/>
          </w:tcPr>
          <w:p w14:paraId="6D874D2B" w14:textId="77777777" w:rsidR="008A4C82" w:rsidRDefault="00000000">
            <w:pPr>
              <w:spacing w:after="60"/>
            </w:pPr>
            <w:r>
              <w:rPr>
                <w:sz w:val="18"/>
              </w:rPr>
              <w:t>5 - Exemplary</w:t>
            </w:r>
          </w:p>
        </w:tc>
        <w:tc>
          <w:tcPr>
            <w:tcW w:w="6336" w:type="dxa"/>
          </w:tcPr>
          <w:p w14:paraId="7AA85A43" w14:textId="77777777" w:rsidR="008A4C82" w:rsidRDefault="00000000">
            <w:pPr>
              <w:spacing w:after="60"/>
            </w:pPr>
            <w:r>
              <w:rPr>
                <w:sz w:val="18"/>
              </w:rPr>
              <w:t>Demonstrates exceptional, sustained, and broadly influential teaching leadership with significant documented impact beyond assigned courses, such as major program-level innovation, externally recognized teaching excellence, or instructional work adopted broadly within MGA or the aviation profession.</w:t>
            </w:r>
          </w:p>
        </w:tc>
        <w:tc>
          <w:tcPr>
            <w:tcW w:w="2592" w:type="dxa"/>
          </w:tcPr>
          <w:p w14:paraId="279BAF0F" w14:textId="77777777" w:rsidR="008A4C82" w:rsidRDefault="00000000">
            <w:pPr>
              <w:spacing w:after="60"/>
            </w:pPr>
            <w:r>
              <w:rPr>
                <w:sz w:val="18"/>
              </w:rPr>
              <w:t>Major awards; externally reviewed innovations; program-level outcomes; adoption by other units/institutions; substantial teaching scholarship.</w:t>
            </w:r>
          </w:p>
        </w:tc>
      </w:tr>
    </w:tbl>
    <w:p w14:paraId="4283A090" w14:textId="77777777" w:rsidR="008A4C82" w:rsidRDefault="008A4C82"/>
    <w:p w14:paraId="4EB387B5" w14:textId="77777777" w:rsidR="008A4C82" w:rsidRDefault="00000000">
      <w:pPr>
        <w:pStyle w:val="Heading3"/>
      </w:pPr>
      <w:r>
        <w:t>Student Success</w:t>
      </w:r>
    </w:p>
    <w:tbl>
      <w:tblPr>
        <w:tblStyle w:val="TableGrid"/>
        <w:tblW w:w="0" w:type="auto"/>
        <w:jc w:val="center"/>
        <w:tblLook w:val="04A0" w:firstRow="1" w:lastRow="0" w:firstColumn="1" w:lastColumn="0" w:noHBand="0" w:noVBand="1"/>
      </w:tblPr>
      <w:tblGrid>
        <w:gridCol w:w="1296"/>
        <w:gridCol w:w="6274"/>
        <w:gridCol w:w="2582"/>
      </w:tblGrid>
      <w:tr w:rsidR="008A4C82" w14:paraId="6574B3F4" w14:textId="77777777">
        <w:trPr>
          <w:tblHeader/>
          <w:jc w:val="center"/>
        </w:trPr>
        <w:tc>
          <w:tcPr>
            <w:tcW w:w="1296" w:type="dxa"/>
            <w:vAlign w:val="center"/>
          </w:tcPr>
          <w:p w14:paraId="586A0AF6" w14:textId="77777777" w:rsidR="008A4C82" w:rsidRDefault="00000000">
            <w:pPr>
              <w:spacing w:after="60"/>
            </w:pPr>
            <w:r>
              <w:rPr>
                <w:b/>
                <w:sz w:val="18"/>
              </w:rPr>
              <w:t>Rating</w:t>
            </w:r>
          </w:p>
        </w:tc>
        <w:tc>
          <w:tcPr>
            <w:tcW w:w="6336" w:type="dxa"/>
            <w:vAlign w:val="center"/>
          </w:tcPr>
          <w:p w14:paraId="773361E5" w14:textId="77777777" w:rsidR="008A4C82" w:rsidRDefault="00000000">
            <w:pPr>
              <w:spacing w:after="60"/>
            </w:pPr>
            <w:r>
              <w:rPr>
                <w:b/>
                <w:sz w:val="18"/>
              </w:rPr>
              <w:t>School of Aviation indicators and examples</w:t>
            </w:r>
          </w:p>
        </w:tc>
        <w:tc>
          <w:tcPr>
            <w:tcW w:w="2592" w:type="dxa"/>
            <w:vAlign w:val="center"/>
          </w:tcPr>
          <w:p w14:paraId="093F88ED" w14:textId="77777777" w:rsidR="008A4C82" w:rsidRDefault="00000000">
            <w:pPr>
              <w:spacing w:after="60"/>
            </w:pPr>
            <w:r>
              <w:rPr>
                <w:b/>
                <w:sz w:val="18"/>
              </w:rPr>
              <w:t>Possible documentation</w:t>
            </w:r>
          </w:p>
        </w:tc>
      </w:tr>
      <w:tr w:rsidR="008A4C82" w14:paraId="6F838F13" w14:textId="77777777">
        <w:trPr>
          <w:jc w:val="center"/>
        </w:trPr>
        <w:tc>
          <w:tcPr>
            <w:tcW w:w="1296" w:type="dxa"/>
          </w:tcPr>
          <w:p w14:paraId="492878E6" w14:textId="77777777" w:rsidR="008A4C82" w:rsidRDefault="00000000">
            <w:pPr>
              <w:spacing w:after="60"/>
            </w:pPr>
            <w:r>
              <w:rPr>
                <w:sz w:val="18"/>
              </w:rPr>
              <w:t>1 - Does Not Meet</w:t>
            </w:r>
          </w:p>
        </w:tc>
        <w:tc>
          <w:tcPr>
            <w:tcW w:w="6336" w:type="dxa"/>
          </w:tcPr>
          <w:p w14:paraId="30B2E08E" w14:textId="77777777" w:rsidR="008A4C82" w:rsidRDefault="00000000">
            <w:pPr>
              <w:spacing w:after="60"/>
            </w:pPr>
            <w:r>
              <w:rPr>
                <w:sz w:val="18"/>
              </w:rPr>
              <w:t>Fails to perform assigned advising, mentoring, retention/progression, attendance/reporting, or other student-success responsibilities, or repeatedly creates avoidable barriers to student progress.</w:t>
            </w:r>
          </w:p>
        </w:tc>
        <w:tc>
          <w:tcPr>
            <w:tcW w:w="2592" w:type="dxa"/>
          </w:tcPr>
          <w:p w14:paraId="595D689F" w14:textId="77777777" w:rsidR="008A4C82" w:rsidRDefault="00000000">
            <w:pPr>
              <w:spacing w:after="60"/>
            </w:pPr>
            <w:r>
              <w:rPr>
                <w:sz w:val="18"/>
              </w:rPr>
              <w:t>Advising/reporting records; documented concerns; required student-success records.</w:t>
            </w:r>
          </w:p>
        </w:tc>
      </w:tr>
      <w:tr w:rsidR="008A4C82" w14:paraId="296324AA" w14:textId="77777777">
        <w:trPr>
          <w:jc w:val="center"/>
        </w:trPr>
        <w:tc>
          <w:tcPr>
            <w:tcW w:w="1296" w:type="dxa"/>
          </w:tcPr>
          <w:p w14:paraId="2514BAA6" w14:textId="77777777" w:rsidR="008A4C82" w:rsidRDefault="00000000">
            <w:pPr>
              <w:spacing w:after="60"/>
            </w:pPr>
            <w:r>
              <w:rPr>
                <w:sz w:val="18"/>
              </w:rPr>
              <w:t>2 - Needs Improvement</w:t>
            </w:r>
          </w:p>
        </w:tc>
        <w:tc>
          <w:tcPr>
            <w:tcW w:w="6336" w:type="dxa"/>
          </w:tcPr>
          <w:p w14:paraId="274937C4" w14:textId="77777777" w:rsidR="008A4C82" w:rsidRDefault="00000000">
            <w:pPr>
              <w:spacing w:after="60"/>
            </w:pPr>
            <w:r>
              <w:rPr>
                <w:sz w:val="18"/>
              </w:rPr>
              <w:t>Completes some student-success responsibilities but needs greater consistency, timeliness, engagement, or follow-through.</w:t>
            </w:r>
          </w:p>
        </w:tc>
        <w:tc>
          <w:tcPr>
            <w:tcW w:w="2592" w:type="dxa"/>
          </w:tcPr>
          <w:p w14:paraId="3EED1C4A" w14:textId="77777777" w:rsidR="008A4C82" w:rsidRDefault="00000000">
            <w:pPr>
              <w:spacing w:after="60"/>
            </w:pPr>
            <w:r>
              <w:rPr>
                <w:sz w:val="18"/>
              </w:rPr>
              <w:t>Advising activity; referrals; response records; improvement goals.</w:t>
            </w:r>
          </w:p>
        </w:tc>
      </w:tr>
      <w:tr w:rsidR="008A4C82" w14:paraId="55065DD8" w14:textId="77777777">
        <w:trPr>
          <w:jc w:val="center"/>
        </w:trPr>
        <w:tc>
          <w:tcPr>
            <w:tcW w:w="1296" w:type="dxa"/>
          </w:tcPr>
          <w:p w14:paraId="5B82692B" w14:textId="77777777" w:rsidR="008A4C82" w:rsidRDefault="00000000">
            <w:pPr>
              <w:spacing w:after="60"/>
            </w:pPr>
            <w:r>
              <w:rPr>
                <w:sz w:val="18"/>
              </w:rPr>
              <w:t>3 - Meets Expectations</w:t>
            </w:r>
          </w:p>
        </w:tc>
        <w:tc>
          <w:tcPr>
            <w:tcW w:w="6336" w:type="dxa"/>
          </w:tcPr>
          <w:p w14:paraId="3509878A" w14:textId="77777777" w:rsidR="008A4C82" w:rsidRDefault="00000000">
            <w:pPr>
              <w:spacing w:after="60"/>
            </w:pPr>
            <w:r>
              <w:rPr>
                <w:sz w:val="18"/>
              </w:rPr>
              <w:t>Provides timely advising/mentoring as assigned; supports retention, progression, graduation, career readiness, and appropriate referrals; accurately completes required student reporting and contributes to a student-centered learning environment.</w:t>
            </w:r>
          </w:p>
        </w:tc>
        <w:tc>
          <w:tcPr>
            <w:tcW w:w="2592" w:type="dxa"/>
          </w:tcPr>
          <w:p w14:paraId="49A188B5" w14:textId="77777777" w:rsidR="008A4C82" w:rsidRDefault="00000000">
            <w:pPr>
              <w:spacing w:after="60"/>
            </w:pPr>
            <w:r>
              <w:rPr>
                <w:sz w:val="18"/>
              </w:rPr>
              <w:t>Advising/mentoring logs; referrals; retention/progression evidence; student organization or career activities.</w:t>
            </w:r>
          </w:p>
        </w:tc>
      </w:tr>
      <w:tr w:rsidR="008A4C82" w14:paraId="0F66F337" w14:textId="77777777">
        <w:trPr>
          <w:jc w:val="center"/>
        </w:trPr>
        <w:tc>
          <w:tcPr>
            <w:tcW w:w="1296" w:type="dxa"/>
          </w:tcPr>
          <w:p w14:paraId="704B1C5B" w14:textId="77777777" w:rsidR="008A4C82" w:rsidRDefault="00000000">
            <w:pPr>
              <w:spacing w:after="60"/>
            </w:pPr>
            <w:r>
              <w:rPr>
                <w:sz w:val="18"/>
              </w:rPr>
              <w:t>4 - Exceeds Expectations</w:t>
            </w:r>
          </w:p>
        </w:tc>
        <w:tc>
          <w:tcPr>
            <w:tcW w:w="6336" w:type="dxa"/>
          </w:tcPr>
          <w:p w14:paraId="0C8BB6B0" w14:textId="77777777" w:rsidR="008A4C82" w:rsidRDefault="00000000">
            <w:pPr>
              <w:spacing w:after="60"/>
            </w:pPr>
            <w:r>
              <w:rPr>
                <w:sz w:val="18"/>
              </w:rPr>
              <w:t>Provides substantial student-success leadership beyond normal assignment, such as intensive mentoring, competition/research supervision, career-placement initiatives, industry networking, recruitment/retention projects, or high-impact experiential learning.</w:t>
            </w:r>
          </w:p>
        </w:tc>
        <w:tc>
          <w:tcPr>
            <w:tcW w:w="2592" w:type="dxa"/>
          </w:tcPr>
          <w:p w14:paraId="66EC3981" w14:textId="77777777" w:rsidR="008A4C82" w:rsidRDefault="00000000">
            <w:pPr>
              <w:spacing w:after="60"/>
            </w:pPr>
            <w:r>
              <w:rPr>
                <w:sz w:val="18"/>
              </w:rPr>
              <w:t>Mentoring outcomes; placement/internship results; student achievements; program initiatives; letters/recognition.</w:t>
            </w:r>
          </w:p>
        </w:tc>
      </w:tr>
      <w:tr w:rsidR="008A4C82" w14:paraId="257FC61C" w14:textId="77777777">
        <w:trPr>
          <w:jc w:val="center"/>
        </w:trPr>
        <w:tc>
          <w:tcPr>
            <w:tcW w:w="1296" w:type="dxa"/>
          </w:tcPr>
          <w:p w14:paraId="7B8D474A" w14:textId="77777777" w:rsidR="008A4C82" w:rsidRDefault="00000000">
            <w:pPr>
              <w:spacing w:after="60"/>
            </w:pPr>
            <w:r>
              <w:rPr>
                <w:sz w:val="18"/>
              </w:rPr>
              <w:t>5 - Exemplary</w:t>
            </w:r>
          </w:p>
        </w:tc>
        <w:tc>
          <w:tcPr>
            <w:tcW w:w="6336" w:type="dxa"/>
          </w:tcPr>
          <w:p w14:paraId="75F4D891" w14:textId="77777777" w:rsidR="008A4C82" w:rsidRDefault="00000000">
            <w:pPr>
              <w:spacing w:after="60"/>
            </w:pPr>
            <w:r>
              <w:rPr>
                <w:sz w:val="18"/>
              </w:rPr>
              <w:t>Leads sustained, high-impact student-success initiatives with significant School, University, professional, or external recognition and demonstrable outcomes.</w:t>
            </w:r>
          </w:p>
        </w:tc>
        <w:tc>
          <w:tcPr>
            <w:tcW w:w="2592" w:type="dxa"/>
          </w:tcPr>
          <w:p w14:paraId="4D252817" w14:textId="77777777" w:rsidR="008A4C82" w:rsidRDefault="00000000">
            <w:pPr>
              <w:spacing w:after="60"/>
            </w:pPr>
            <w:r>
              <w:rPr>
                <w:sz w:val="18"/>
              </w:rPr>
              <w:t>Multi-year outcomes; institutional adoption; major student achievements; awards; externally recognized programs.</w:t>
            </w:r>
          </w:p>
        </w:tc>
      </w:tr>
    </w:tbl>
    <w:p w14:paraId="31DFEC26" w14:textId="77777777" w:rsidR="008A4C82" w:rsidRDefault="008A4C82"/>
    <w:p w14:paraId="76734EAF" w14:textId="77777777" w:rsidR="008A4C82" w:rsidRDefault="00000000">
      <w:pPr>
        <w:pStyle w:val="Heading3"/>
      </w:pPr>
      <w:r>
        <w:t>Scholarship and Professional Achievement</w:t>
      </w:r>
    </w:p>
    <w:p w14:paraId="409E8A75" w14:textId="77777777" w:rsidR="008A4C82" w:rsidRDefault="00000000">
      <w:r>
        <w:t>The School of Aviation recognizes Boyer's four forms of scholarship and values rigorous academic scholarship as well as appropriate applied and professional accomplishments in aviation disciplines. Additional ratings, certificates, degrees, and professional designations are examples of achievement; they are not universal requirements for every faculty member.</w:t>
      </w:r>
    </w:p>
    <w:tbl>
      <w:tblPr>
        <w:tblStyle w:val="TableGrid"/>
        <w:tblW w:w="0" w:type="auto"/>
        <w:jc w:val="center"/>
        <w:tblLook w:val="04A0" w:firstRow="1" w:lastRow="0" w:firstColumn="1" w:lastColumn="0" w:noHBand="0" w:noVBand="1"/>
      </w:tblPr>
      <w:tblGrid>
        <w:gridCol w:w="1295"/>
        <w:gridCol w:w="6268"/>
        <w:gridCol w:w="2589"/>
      </w:tblGrid>
      <w:tr w:rsidR="008A4C82" w14:paraId="5B6505F6" w14:textId="77777777">
        <w:trPr>
          <w:tblHeader/>
          <w:jc w:val="center"/>
        </w:trPr>
        <w:tc>
          <w:tcPr>
            <w:tcW w:w="1296" w:type="dxa"/>
            <w:vAlign w:val="center"/>
          </w:tcPr>
          <w:p w14:paraId="1D328026" w14:textId="77777777" w:rsidR="008A4C82" w:rsidRDefault="00000000">
            <w:pPr>
              <w:spacing w:after="60"/>
            </w:pPr>
            <w:r>
              <w:rPr>
                <w:b/>
                <w:sz w:val="18"/>
              </w:rPr>
              <w:lastRenderedPageBreak/>
              <w:t>Rating</w:t>
            </w:r>
          </w:p>
        </w:tc>
        <w:tc>
          <w:tcPr>
            <w:tcW w:w="6336" w:type="dxa"/>
            <w:vAlign w:val="center"/>
          </w:tcPr>
          <w:p w14:paraId="356AFCE2" w14:textId="77777777" w:rsidR="008A4C82" w:rsidRDefault="00000000">
            <w:pPr>
              <w:spacing w:after="60"/>
            </w:pPr>
            <w:r>
              <w:rPr>
                <w:b/>
                <w:sz w:val="18"/>
              </w:rPr>
              <w:t>School of Aviation indicators and examples</w:t>
            </w:r>
          </w:p>
        </w:tc>
        <w:tc>
          <w:tcPr>
            <w:tcW w:w="2592" w:type="dxa"/>
            <w:vAlign w:val="center"/>
          </w:tcPr>
          <w:p w14:paraId="64744417" w14:textId="77777777" w:rsidR="008A4C82" w:rsidRDefault="00000000">
            <w:pPr>
              <w:spacing w:after="60"/>
            </w:pPr>
            <w:r>
              <w:rPr>
                <w:b/>
                <w:sz w:val="18"/>
              </w:rPr>
              <w:t>Possible documentation</w:t>
            </w:r>
          </w:p>
        </w:tc>
      </w:tr>
      <w:tr w:rsidR="008A4C82" w14:paraId="2E7E5D02" w14:textId="77777777">
        <w:trPr>
          <w:jc w:val="center"/>
        </w:trPr>
        <w:tc>
          <w:tcPr>
            <w:tcW w:w="1296" w:type="dxa"/>
          </w:tcPr>
          <w:p w14:paraId="4DA2A5E1" w14:textId="77777777" w:rsidR="008A4C82" w:rsidRDefault="00000000">
            <w:pPr>
              <w:spacing w:after="60"/>
            </w:pPr>
            <w:r>
              <w:rPr>
                <w:sz w:val="18"/>
              </w:rPr>
              <w:t>1 - Does Not Meet</w:t>
            </w:r>
          </w:p>
        </w:tc>
        <w:tc>
          <w:tcPr>
            <w:tcW w:w="6336" w:type="dxa"/>
          </w:tcPr>
          <w:p w14:paraId="73C277B6" w14:textId="77777777" w:rsidR="008A4C82" w:rsidRDefault="00000000">
            <w:pPr>
              <w:spacing w:after="60"/>
            </w:pPr>
            <w:r>
              <w:rPr>
                <w:sz w:val="18"/>
              </w:rPr>
              <w:t>Does not demonstrate required scholarly/professional activity or disciplinary currency appropriate to rank, workload, and assigned responsibilities.</w:t>
            </w:r>
          </w:p>
        </w:tc>
        <w:tc>
          <w:tcPr>
            <w:tcW w:w="2592" w:type="dxa"/>
          </w:tcPr>
          <w:p w14:paraId="06776C32" w14:textId="77777777" w:rsidR="008A4C82" w:rsidRDefault="00000000">
            <w:pPr>
              <w:spacing w:after="60"/>
            </w:pPr>
            <w:r>
              <w:rPr>
                <w:sz w:val="18"/>
              </w:rPr>
              <w:t>Annual goals; portfolio; currency/credential records; scholarly activity record.</w:t>
            </w:r>
          </w:p>
        </w:tc>
      </w:tr>
      <w:tr w:rsidR="008A4C82" w14:paraId="1AAE09AD" w14:textId="77777777">
        <w:trPr>
          <w:jc w:val="center"/>
        </w:trPr>
        <w:tc>
          <w:tcPr>
            <w:tcW w:w="1296" w:type="dxa"/>
          </w:tcPr>
          <w:p w14:paraId="40C2DAF6" w14:textId="77777777" w:rsidR="008A4C82" w:rsidRDefault="00000000">
            <w:pPr>
              <w:spacing w:after="60"/>
            </w:pPr>
            <w:r>
              <w:rPr>
                <w:sz w:val="18"/>
              </w:rPr>
              <w:t>2 - Needs Improvement</w:t>
            </w:r>
          </w:p>
        </w:tc>
        <w:tc>
          <w:tcPr>
            <w:tcW w:w="6336" w:type="dxa"/>
          </w:tcPr>
          <w:p w14:paraId="0E56E2EA" w14:textId="77777777" w:rsidR="008A4C82" w:rsidRDefault="00000000">
            <w:pPr>
              <w:spacing w:after="60"/>
            </w:pPr>
            <w:r>
              <w:rPr>
                <w:sz w:val="18"/>
              </w:rPr>
              <w:t>Shows limited progress toward agreed scholarship/professional goals or insufficient evidence of quality, completion, dissemination, or impact.</w:t>
            </w:r>
          </w:p>
        </w:tc>
        <w:tc>
          <w:tcPr>
            <w:tcW w:w="2592" w:type="dxa"/>
          </w:tcPr>
          <w:p w14:paraId="364BF2CA" w14:textId="77777777" w:rsidR="008A4C82" w:rsidRDefault="00000000">
            <w:pPr>
              <w:spacing w:after="60"/>
            </w:pPr>
            <w:r>
              <w:rPr>
                <w:sz w:val="18"/>
              </w:rPr>
              <w:t>Works in progress; development plan; conference/training activity; supervisor feedback.</w:t>
            </w:r>
          </w:p>
        </w:tc>
      </w:tr>
      <w:tr w:rsidR="008A4C82" w14:paraId="3184D173" w14:textId="77777777">
        <w:trPr>
          <w:jc w:val="center"/>
        </w:trPr>
        <w:tc>
          <w:tcPr>
            <w:tcW w:w="1296" w:type="dxa"/>
          </w:tcPr>
          <w:p w14:paraId="21B5E09B" w14:textId="77777777" w:rsidR="008A4C82" w:rsidRDefault="00000000">
            <w:pPr>
              <w:spacing w:after="60"/>
            </w:pPr>
            <w:r>
              <w:rPr>
                <w:sz w:val="18"/>
              </w:rPr>
              <w:t>3 - Meets Expectations</w:t>
            </w:r>
          </w:p>
        </w:tc>
        <w:tc>
          <w:tcPr>
            <w:tcW w:w="6336" w:type="dxa"/>
          </w:tcPr>
          <w:p w14:paraId="59765AF8" w14:textId="77777777" w:rsidR="008A4C82" w:rsidRDefault="00000000">
            <w:pPr>
              <w:spacing w:after="60"/>
            </w:pPr>
            <w:r>
              <w:rPr>
                <w:sz w:val="18"/>
              </w:rPr>
              <w:t>Demonstrates appropriate ongoing scholarship or professional achievement under the Boyer model (Discovery, Integration, Application, or Teaching) and maintains professional/disciplinary currency appropriate to assignment.</w:t>
            </w:r>
          </w:p>
        </w:tc>
        <w:tc>
          <w:tcPr>
            <w:tcW w:w="2592" w:type="dxa"/>
          </w:tcPr>
          <w:p w14:paraId="2C8CD2EE" w14:textId="77777777" w:rsidR="008A4C82" w:rsidRDefault="00000000">
            <w:pPr>
              <w:spacing w:after="60"/>
            </w:pPr>
            <w:r>
              <w:rPr>
                <w:sz w:val="18"/>
              </w:rPr>
              <w:t>Publications/presentations; applied projects; curriculum scholarship; professional credentials; documented industry engagement.</w:t>
            </w:r>
          </w:p>
        </w:tc>
      </w:tr>
      <w:tr w:rsidR="008A4C82" w14:paraId="3B450C0F" w14:textId="77777777">
        <w:trPr>
          <w:jc w:val="center"/>
        </w:trPr>
        <w:tc>
          <w:tcPr>
            <w:tcW w:w="1296" w:type="dxa"/>
          </w:tcPr>
          <w:p w14:paraId="4F63EC36" w14:textId="77777777" w:rsidR="008A4C82" w:rsidRDefault="00000000">
            <w:pPr>
              <w:spacing w:after="60"/>
            </w:pPr>
            <w:r>
              <w:rPr>
                <w:sz w:val="18"/>
              </w:rPr>
              <w:t>4 - Exceeds Expectations</w:t>
            </w:r>
          </w:p>
        </w:tc>
        <w:tc>
          <w:tcPr>
            <w:tcW w:w="6336" w:type="dxa"/>
          </w:tcPr>
          <w:p w14:paraId="4769BFBD" w14:textId="77777777" w:rsidR="008A4C82" w:rsidRDefault="00000000">
            <w:pPr>
              <w:spacing w:after="60"/>
            </w:pPr>
            <w:r>
              <w:rPr>
                <w:sz w:val="18"/>
              </w:rPr>
              <w:t>Produces substantial accomplishments beyond normal expectations. Aviation-specific examples may include a significant peer-reviewed or applied scholarly product; major externally presented work; an additional aviation rating or certificate beyond appointment requirements; an additional graduate degree; appointment as an FAA pilot examiner; recognized Master Instructor designation; significant funded/applied industry work; or major course/curriculum innovation with documented dissemination or impact.</w:t>
            </w:r>
          </w:p>
        </w:tc>
        <w:tc>
          <w:tcPr>
            <w:tcW w:w="2592" w:type="dxa"/>
          </w:tcPr>
          <w:p w14:paraId="3EED939F" w14:textId="77777777" w:rsidR="008A4C82" w:rsidRDefault="00000000">
            <w:pPr>
              <w:spacing w:after="60"/>
            </w:pPr>
            <w:r>
              <w:rPr>
                <w:sz w:val="18"/>
              </w:rPr>
              <w:t>Certificates/ratings; degree completion; FAA designation; publications; presentations; grants/contracts; adoption/impact evidence.</w:t>
            </w:r>
          </w:p>
        </w:tc>
      </w:tr>
      <w:tr w:rsidR="008A4C82" w14:paraId="2BA42E5C" w14:textId="77777777">
        <w:trPr>
          <w:jc w:val="center"/>
        </w:trPr>
        <w:tc>
          <w:tcPr>
            <w:tcW w:w="1296" w:type="dxa"/>
          </w:tcPr>
          <w:p w14:paraId="62EC785C" w14:textId="77777777" w:rsidR="008A4C82" w:rsidRDefault="00000000">
            <w:pPr>
              <w:spacing w:after="60"/>
            </w:pPr>
            <w:r>
              <w:rPr>
                <w:sz w:val="18"/>
              </w:rPr>
              <w:t>5 - Exemplary</w:t>
            </w:r>
          </w:p>
        </w:tc>
        <w:tc>
          <w:tcPr>
            <w:tcW w:w="6336" w:type="dxa"/>
          </w:tcPr>
          <w:p w14:paraId="24D24441" w14:textId="77777777" w:rsidR="008A4C82" w:rsidRDefault="00000000">
            <w:pPr>
              <w:spacing w:after="60"/>
            </w:pPr>
            <w:r>
              <w:rPr>
                <w:sz w:val="18"/>
              </w:rPr>
              <w:t>Demonstrates exceptional, sustained scholarly or professional leadership with broad impact or recognition in aviation, aerospace, higher education, or the faculty member's discipline. Multiple significant accomplishments or a singular achievement of exceptional scope may support this rating.</w:t>
            </w:r>
          </w:p>
        </w:tc>
        <w:tc>
          <w:tcPr>
            <w:tcW w:w="2592" w:type="dxa"/>
          </w:tcPr>
          <w:p w14:paraId="31913B7E" w14:textId="77777777" w:rsidR="008A4C82" w:rsidRDefault="00000000">
            <w:pPr>
              <w:spacing w:after="60"/>
            </w:pPr>
            <w:r>
              <w:rPr>
                <w:sz w:val="18"/>
              </w:rPr>
              <w:t>Major peer-reviewed body of work; national/international recognition; major funded project; industry/regulatory impact; prestigious professional designation or award.</w:t>
            </w:r>
          </w:p>
        </w:tc>
      </w:tr>
    </w:tbl>
    <w:p w14:paraId="5493543D" w14:textId="77777777" w:rsidR="008A4C82" w:rsidRDefault="008A4C82"/>
    <w:p w14:paraId="331399AD" w14:textId="77777777" w:rsidR="008A4C82" w:rsidRDefault="00000000">
      <w:pPr>
        <w:pStyle w:val="Heading3"/>
      </w:pPr>
      <w:r>
        <w:t>Service</w:t>
      </w:r>
    </w:p>
    <w:tbl>
      <w:tblPr>
        <w:tblStyle w:val="TableGrid"/>
        <w:tblW w:w="0" w:type="auto"/>
        <w:jc w:val="center"/>
        <w:tblLook w:val="04A0" w:firstRow="1" w:lastRow="0" w:firstColumn="1" w:lastColumn="0" w:noHBand="0" w:noVBand="1"/>
      </w:tblPr>
      <w:tblGrid>
        <w:gridCol w:w="1296"/>
        <w:gridCol w:w="6271"/>
        <w:gridCol w:w="2585"/>
      </w:tblGrid>
      <w:tr w:rsidR="008A4C82" w14:paraId="1B19494E" w14:textId="77777777">
        <w:trPr>
          <w:tblHeader/>
          <w:jc w:val="center"/>
        </w:trPr>
        <w:tc>
          <w:tcPr>
            <w:tcW w:w="1296" w:type="dxa"/>
            <w:vAlign w:val="center"/>
          </w:tcPr>
          <w:p w14:paraId="11FB62CF" w14:textId="77777777" w:rsidR="008A4C82" w:rsidRDefault="00000000">
            <w:pPr>
              <w:spacing w:after="60"/>
            </w:pPr>
            <w:r>
              <w:rPr>
                <w:b/>
                <w:sz w:val="18"/>
              </w:rPr>
              <w:t>Rating</w:t>
            </w:r>
          </w:p>
        </w:tc>
        <w:tc>
          <w:tcPr>
            <w:tcW w:w="6336" w:type="dxa"/>
            <w:vAlign w:val="center"/>
          </w:tcPr>
          <w:p w14:paraId="740A5452" w14:textId="77777777" w:rsidR="008A4C82" w:rsidRDefault="00000000">
            <w:pPr>
              <w:spacing w:after="60"/>
            </w:pPr>
            <w:r>
              <w:rPr>
                <w:b/>
                <w:sz w:val="18"/>
              </w:rPr>
              <w:t>School of Aviation indicators and examples</w:t>
            </w:r>
          </w:p>
        </w:tc>
        <w:tc>
          <w:tcPr>
            <w:tcW w:w="2592" w:type="dxa"/>
            <w:vAlign w:val="center"/>
          </w:tcPr>
          <w:p w14:paraId="4B51C5AD" w14:textId="77777777" w:rsidR="008A4C82" w:rsidRDefault="00000000">
            <w:pPr>
              <w:spacing w:after="60"/>
            </w:pPr>
            <w:r>
              <w:rPr>
                <w:b/>
                <w:sz w:val="18"/>
              </w:rPr>
              <w:t>Possible documentation</w:t>
            </w:r>
          </w:p>
        </w:tc>
      </w:tr>
      <w:tr w:rsidR="008A4C82" w14:paraId="47AB2E8A" w14:textId="77777777">
        <w:trPr>
          <w:jc w:val="center"/>
        </w:trPr>
        <w:tc>
          <w:tcPr>
            <w:tcW w:w="1296" w:type="dxa"/>
          </w:tcPr>
          <w:p w14:paraId="341DE571" w14:textId="77777777" w:rsidR="008A4C82" w:rsidRDefault="00000000">
            <w:pPr>
              <w:spacing w:after="60"/>
            </w:pPr>
            <w:r>
              <w:rPr>
                <w:sz w:val="18"/>
              </w:rPr>
              <w:t>1 - Does Not Meet</w:t>
            </w:r>
          </w:p>
        </w:tc>
        <w:tc>
          <w:tcPr>
            <w:tcW w:w="6336" w:type="dxa"/>
          </w:tcPr>
          <w:p w14:paraId="79F7EB0D" w14:textId="77777777" w:rsidR="008A4C82" w:rsidRDefault="00000000">
            <w:pPr>
              <w:spacing w:after="60"/>
            </w:pPr>
            <w:r>
              <w:rPr>
                <w:sz w:val="18"/>
              </w:rPr>
              <w:t>Does not fulfill assigned committee, School, University, professional, or community service responsibilities, or demonstrates persistent lack of participation when service is part of the assigned workload.</w:t>
            </w:r>
          </w:p>
        </w:tc>
        <w:tc>
          <w:tcPr>
            <w:tcW w:w="2592" w:type="dxa"/>
          </w:tcPr>
          <w:p w14:paraId="37014B1B" w14:textId="77777777" w:rsidR="008A4C82" w:rsidRDefault="00000000">
            <w:pPr>
              <w:spacing w:after="60"/>
            </w:pPr>
            <w:r>
              <w:rPr>
                <w:sz w:val="18"/>
              </w:rPr>
              <w:t>Committee records; attendance/minutes; assigned service documentation.</w:t>
            </w:r>
          </w:p>
        </w:tc>
      </w:tr>
      <w:tr w:rsidR="008A4C82" w14:paraId="617B10ED" w14:textId="77777777">
        <w:trPr>
          <w:jc w:val="center"/>
        </w:trPr>
        <w:tc>
          <w:tcPr>
            <w:tcW w:w="1296" w:type="dxa"/>
          </w:tcPr>
          <w:p w14:paraId="0D2534E9" w14:textId="77777777" w:rsidR="008A4C82" w:rsidRDefault="00000000">
            <w:pPr>
              <w:spacing w:after="60"/>
            </w:pPr>
            <w:r>
              <w:rPr>
                <w:sz w:val="18"/>
              </w:rPr>
              <w:t>2 - Needs Improvement</w:t>
            </w:r>
          </w:p>
        </w:tc>
        <w:tc>
          <w:tcPr>
            <w:tcW w:w="6336" w:type="dxa"/>
          </w:tcPr>
          <w:p w14:paraId="676B7AC6" w14:textId="77777777" w:rsidR="008A4C82" w:rsidRDefault="00000000">
            <w:pPr>
              <w:spacing w:after="60"/>
            </w:pPr>
            <w:r>
              <w:rPr>
                <w:sz w:val="18"/>
              </w:rPr>
              <w:t>Participates inconsistently or contributes below the level reasonably expected for assigned service responsibilities.</w:t>
            </w:r>
          </w:p>
        </w:tc>
        <w:tc>
          <w:tcPr>
            <w:tcW w:w="2592" w:type="dxa"/>
          </w:tcPr>
          <w:p w14:paraId="2151FD9C" w14:textId="77777777" w:rsidR="008A4C82" w:rsidRDefault="00000000">
            <w:pPr>
              <w:spacing w:after="60"/>
            </w:pPr>
            <w:r>
              <w:rPr>
                <w:sz w:val="18"/>
              </w:rPr>
              <w:t>Committee/activity records; improvement goals; supervisor feedback.</w:t>
            </w:r>
          </w:p>
        </w:tc>
      </w:tr>
      <w:tr w:rsidR="008A4C82" w14:paraId="4F355E23" w14:textId="77777777">
        <w:trPr>
          <w:jc w:val="center"/>
        </w:trPr>
        <w:tc>
          <w:tcPr>
            <w:tcW w:w="1296" w:type="dxa"/>
          </w:tcPr>
          <w:p w14:paraId="49454A56" w14:textId="77777777" w:rsidR="008A4C82" w:rsidRDefault="00000000">
            <w:pPr>
              <w:spacing w:after="60"/>
            </w:pPr>
            <w:r>
              <w:rPr>
                <w:sz w:val="18"/>
              </w:rPr>
              <w:t>3 - Meets Expectations</w:t>
            </w:r>
          </w:p>
        </w:tc>
        <w:tc>
          <w:tcPr>
            <w:tcW w:w="6336" w:type="dxa"/>
          </w:tcPr>
          <w:p w14:paraId="024190D9" w14:textId="77777777" w:rsidR="008A4C82" w:rsidRDefault="00000000">
            <w:pPr>
              <w:spacing w:after="60"/>
            </w:pPr>
            <w:r>
              <w:rPr>
                <w:sz w:val="18"/>
              </w:rPr>
              <w:t>Reliably contributes to assigned Department, School, University, professional, and/or community service and fulfills committee responsibilities.</w:t>
            </w:r>
          </w:p>
        </w:tc>
        <w:tc>
          <w:tcPr>
            <w:tcW w:w="2592" w:type="dxa"/>
          </w:tcPr>
          <w:p w14:paraId="285E92E0" w14:textId="77777777" w:rsidR="008A4C82" w:rsidRDefault="00000000">
            <w:pPr>
              <w:spacing w:after="60"/>
            </w:pPr>
            <w:r>
              <w:rPr>
                <w:sz w:val="18"/>
              </w:rPr>
              <w:t>Committee work; accreditation/safety activities; outreach; professional association or community service.</w:t>
            </w:r>
          </w:p>
        </w:tc>
      </w:tr>
      <w:tr w:rsidR="008A4C82" w14:paraId="32833233" w14:textId="77777777">
        <w:trPr>
          <w:jc w:val="center"/>
        </w:trPr>
        <w:tc>
          <w:tcPr>
            <w:tcW w:w="1296" w:type="dxa"/>
          </w:tcPr>
          <w:p w14:paraId="4D694F7D" w14:textId="77777777" w:rsidR="008A4C82" w:rsidRDefault="00000000">
            <w:pPr>
              <w:spacing w:after="60"/>
            </w:pPr>
            <w:r>
              <w:rPr>
                <w:sz w:val="18"/>
              </w:rPr>
              <w:t>4 - Exceeds Expectations</w:t>
            </w:r>
          </w:p>
        </w:tc>
        <w:tc>
          <w:tcPr>
            <w:tcW w:w="6336" w:type="dxa"/>
          </w:tcPr>
          <w:p w14:paraId="5C1B4207" w14:textId="77777777" w:rsidR="008A4C82" w:rsidRDefault="00000000">
            <w:pPr>
              <w:spacing w:after="60"/>
            </w:pPr>
            <w:r>
              <w:rPr>
                <w:sz w:val="18"/>
              </w:rPr>
              <w:t>Provides significant leadership or unusually substantive contributions, such as chairing major committees, leading accreditation/certification work, major safety initiatives, substantial industry/community partnerships, or high-impact University service.</w:t>
            </w:r>
          </w:p>
        </w:tc>
        <w:tc>
          <w:tcPr>
            <w:tcW w:w="2592" w:type="dxa"/>
          </w:tcPr>
          <w:p w14:paraId="1CC0FBA9" w14:textId="77777777" w:rsidR="008A4C82" w:rsidRDefault="00000000">
            <w:pPr>
              <w:spacing w:after="60"/>
            </w:pPr>
            <w:r>
              <w:rPr>
                <w:sz w:val="18"/>
              </w:rPr>
              <w:t>Leadership records; completed initiatives; accreditation evidence; partnership outcomes; recognition.</w:t>
            </w:r>
          </w:p>
        </w:tc>
      </w:tr>
      <w:tr w:rsidR="008A4C82" w14:paraId="76B6C9AC" w14:textId="77777777">
        <w:trPr>
          <w:jc w:val="center"/>
        </w:trPr>
        <w:tc>
          <w:tcPr>
            <w:tcW w:w="1296" w:type="dxa"/>
          </w:tcPr>
          <w:p w14:paraId="6E29A405" w14:textId="77777777" w:rsidR="008A4C82" w:rsidRDefault="00000000">
            <w:pPr>
              <w:spacing w:after="60"/>
            </w:pPr>
            <w:r>
              <w:rPr>
                <w:sz w:val="18"/>
              </w:rPr>
              <w:t>5 - Exemplary</w:t>
            </w:r>
          </w:p>
        </w:tc>
        <w:tc>
          <w:tcPr>
            <w:tcW w:w="6336" w:type="dxa"/>
          </w:tcPr>
          <w:p w14:paraId="4E863752" w14:textId="77777777" w:rsidR="008A4C82" w:rsidRDefault="00000000">
            <w:pPr>
              <w:spacing w:after="60"/>
            </w:pPr>
            <w:r>
              <w:rPr>
                <w:sz w:val="18"/>
              </w:rPr>
              <w:t>Provides exceptional sustained service leadership with broad institutional, professional, industry, or community impact and recognition.</w:t>
            </w:r>
          </w:p>
        </w:tc>
        <w:tc>
          <w:tcPr>
            <w:tcW w:w="2592" w:type="dxa"/>
          </w:tcPr>
          <w:p w14:paraId="0E052706" w14:textId="77777777" w:rsidR="008A4C82" w:rsidRDefault="00000000">
            <w:pPr>
              <w:spacing w:after="60"/>
            </w:pPr>
            <w:r>
              <w:rPr>
                <w:sz w:val="18"/>
              </w:rPr>
              <w:t>Major institutional/professional leadership; externally recognized service; sustained high-impact initiatives.</w:t>
            </w:r>
          </w:p>
        </w:tc>
      </w:tr>
    </w:tbl>
    <w:p w14:paraId="5D63CA09" w14:textId="77777777" w:rsidR="008A4C82" w:rsidRDefault="008A4C82"/>
    <w:p w14:paraId="584AB387" w14:textId="77777777" w:rsidR="008A4C82" w:rsidRDefault="00000000">
      <w:pPr>
        <w:pStyle w:val="Heading3"/>
      </w:pPr>
      <w:r>
        <w:t>Professional Growth and Development</w:t>
      </w:r>
    </w:p>
    <w:tbl>
      <w:tblPr>
        <w:tblStyle w:val="TableGrid"/>
        <w:tblW w:w="0" w:type="auto"/>
        <w:jc w:val="center"/>
        <w:tblLook w:val="04A0" w:firstRow="1" w:lastRow="0" w:firstColumn="1" w:lastColumn="0" w:noHBand="0" w:noVBand="1"/>
      </w:tblPr>
      <w:tblGrid>
        <w:gridCol w:w="1296"/>
        <w:gridCol w:w="6270"/>
        <w:gridCol w:w="2586"/>
      </w:tblGrid>
      <w:tr w:rsidR="008A4C82" w14:paraId="0BCBDE5F" w14:textId="77777777">
        <w:trPr>
          <w:tblHeader/>
          <w:jc w:val="center"/>
        </w:trPr>
        <w:tc>
          <w:tcPr>
            <w:tcW w:w="1296" w:type="dxa"/>
            <w:vAlign w:val="center"/>
          </w:tcPr>
          <w:p w14:paraId="44D63056" w14:textId="77777777" w:rsidR="008A4C82" w:rsidRDefault="00000000">
            <w:pPr>
              <w:spacing w:after="60"/>
            </w:pPr>
            <w:r>
              <w:rPr>
                <w:b/>
                <w:sz w:val="18"/>
              </w:rPr>
              <w:t>Rating</w:t>
            </w:r>
          </w:p>
        </w:tc>
        <w:tc>
          <w:tcPr>
            <w:tcW w:w="6336" w:type="dxa"/>
            <w:vAlign w:val="center"/>
          </w:tcPr>
          <w:p w14:paraId="68093B77" w14:textId="77777777" w:rsidR="008A4C82" w:rsidRDefault="00000000">
            <w:pPr>
              <w:spacing w:after="60"/>
            </w:pPr>
            <w:r>
              <w:rPr>
                <w:b/>
                <w:sz w:val="18"/>
              </w:rPr>
              <w:t>School of Aviation indicators and examples</w:t>
            </w:r>
          </w:p>
        </w:tc>
        <w:tc>
          <w:tcPr>
            <w:tcW w:w="2592" w:type="dxa"/>
            <w:vAlign w:val="center"/>
          </w:tcPr>
          <w:p w14:paraId="453B3778" w14:textId="77777777" w:rsidR="008A4C82" w:rsidRDefault="00000000">
            <w:pPr>
              <w:spacing w:after="60"/>
            </w:pPr>
            <w:r>
              <w:rPr>
                <w:b/>
                <w:sz w:val="18"/>
              </w:rPr>
              <w:t>Possible documentation</w:t>
            </w:r>
          </w:p>
        </w:tc>
      </w:tr>
      <w:tr w:rsidR="008A4C82" w14:paraId="40D29CF4" w14:textId="77777777">
        <w:trPr>
          <w:jc w:val="center"/>
        </w:trPr>
        <w:tc>
          <w:tcPr>
            <w:tcW w:w="1296" w:type="dxa"/>
          </w:tcPr>
          <w:p w14:paraId="271EABF1" w14:textId="77777777" w:rsidR="008A4C82" w:rsidRDefault="00000000">
            <w:pPr>
              <w:spacing w:after="60"/>
            </w:pPr>
            <w:r>
              <w:rPr>
                <w:sz w:val="18"/>
              </w:rPr>
              <w:lastRenderedPageBreak/>
              <w:t>1 - Does Not Meet</w:t>
            </w:r>
          </w:p>
        </w:tc>
        <w:tc>
          <w:tcPr>
            <w:tcW w:w="6336" w:type="dxa"/>
          </w:tcPr>
          <w:p w14:paraId="5EB716B0" w14:textId="77777777" w:rsidR="008A4C82" w:rsidRDefault="00000000">
            <w:pPr>
              <w:spacing w:after="60"/>
            </w:pPr>
            <w:r>
              <w:rPr>
                <w:sz w:val="18"/>
              </w:rPr>
              <w:t>Does not maintain required professional currency, training, licensure/certification, safety/regulatory competence, or agreed professional-development responsibilities.</w:t>
            </w:r>
          </w:p>
        </w:tc>
        <w:tc>
          <w:tcPr>
            <w:tcW w:w="2592" w:type="dxa"/>
          </w:tcPr>
          <w:p w14:paraId="30EE4B7C" w14:textId="77777777" w:rsidR="008A4C82" w:rsidRDefault="00000000">
            <w:pPr>
              <w:spacing w:after="60"/>
            </w:pPr>
            <w:r>
              <w:rPr>
                <w:sz w:val="18"/>
              </w:rPr>
              <w:t>Currency/training records; required credentials; annual goals.</w:t>
            </w:r>
          </w:p>
        </w:tc>
      </w:tr>
      <w:tr w:rsidR="008A4C82" w14:paraId="6C2F587F" w14:textId="77777777">
        <w:trPr>
          <w:jc w:val="center"/>
        </w:trPr>
        <w:tc>
          <w:tcPr>
            <w:tcW w:w="1296" w:type="dxa"/>
          </w:tcPr>
          <w:p w14:paraId="6ADC0C5D" w14:textId="77777777" w:rsidR="008A4C82" w:rsidRDefault="00000000">
            <w:pPr>
              <w:spacing w:after="60"/>
            </w:pPr>
            <w:r>
              <w:rPr>
                <w:sz w:val="18"/>
              </w:rPr>
              <w:t>2 - Needs Improvement</w:t>
            </w:r>
          </w:p>
        </w:tc>
        <w:tc>
          <w:tcPr>
            <w:tcW w:w="6336" w:type="dxa"/>
          </w:tcPr>
          <w:p w14:paraId="16D32FD1" w14:textId="77777777" w:rsidR="008A4C82" w:rsidRDefault="00000000">
            <w:pPr>
              <w:spacing w:after="60"/>
            </w:pPr>
            <w:r>
              <w:rPr>
                <w:sz w:val="18"/>
              </w:rPr>
              <w:t>Completes some professional development but needs greater consistency, relevance, or progress toward agreed goals.</w:t>
            </w:r>
          </w:p>
        </w:tc>
        <w:tc>
          <w:tcPr>
            <w:tcW w:w="2592" w:type="dxa"/>
          </w:tcPr>
          <w:p w14:paraId="3EDE2B49" w14:textId="77777777" w:rsidR="008A4C82" w:rsidRDefault="00000000">
            <w:pPr>
              <w:spacing w:after="60"/>
            </w:pPr>
            <w:r>
              <w:rPr>
                <w:sz w:val="18"/>
              </w:rPr>
              <w:t>Training records; development plan; conference/workshop participation.</w:t>
            </w:r>
          </w:p>
        </w:tc>
      </w:tr>
      <w:tr w:rsidR="008A4C82" w14:paraId="1AD9568C" w14:textId="77777777">
        <w:trPr>
          <w:jc w:val="center"/>
        </w:trPr>
        <w:tc>
          <w:tcPr>
            <w:tcW w:w="1296" w:type="dxa"/>
          </w:tcPr>
          <w:p w14:paraId="6F62FD31" w14:textId="77777777" w:rsidR="008A4C82" w:rsidRDefault="00000000">
            <w:pPr>
              <w:spacing w:after="60"/>
            </w:pPr>
            <w:r>
              <w:rPr>
                <w:sz w:val="18"/>
              </w:rPr>
              <w:t>3 - Meets Expectations</w:t>
            </w:r>
          </w:p>
        </w:tc>
        <w:tc>
          <w:tcPr>
            <w:tcW w:w="6336" w:type="dxa"/>
          </w:tcPr>
          <w:p w14:paraId="439820C9" w14:textId="77777777" w:rsidR="008A4C82" w:rsidRDefault="00000000">
            <w:pPr>
              <w:spacing w:after="60"/>
            </w:pPr>
            <w:r>
              <w:rPr>
                <w:sz w:val="18"/>
              </w:rPr>
              <w:t>Maintains required credentials and currency and engages in relevant professional development that supports teaching, scholarship, service, safety, regulatory awareness, or disciplinary competence.</w:t>
            </w:r>
          </w:p>
        </w:tc>
        <w:tc>
          <w:tcPr>
            <w:tcW w:w="2592" w:type="dxa"/>
          </w:tcPr>
          <w:p w14:paraId="3E2E8CB8" w14:textId="77777777" w:rsidR="008A4C82" w:rsidRDefault="00000000">
            <w:pPr>
              <w:spacing w:after="60"/>
            </w:pPr>
            <w:r>
              <w:rPr>
                <w:sz w:val="18"/>
              </w:rPr>
              <w:t>FAA/recurrent training; workshops; conferences; continuing education; professional memberships; graduate study.</w:t>
            </w:r>
          </w:p>
        </w:tc>
      </w:tr>
      <w:tr w:rsidR="008A4C82" w14:paraId="1792B1D6" w14:textId="77777777">
        <w:trPr>
          <w:jc w:val="center"/>
        </w:trPr>
        <w:tc>
          <w:tcPr>
            <w:tcW w:w="1296" w:type="dxa"/>
          </w:tcPr>
          <w:p w14:paraId="1ED9FB53" w14:textId="77777777" w:rsidR="008A4C82" w:rsidRDefault="00000000">
            <w:pPr>
              <w:spacing w:after="60"/>
            </w:pPr>
            <w:r>
              <w:rPr>
                <w:sz w:val="18"/>
              </w:rPr>
              <w:t>4 - Exceeds Expectations</w:t>
            </w:r>
          </w:p>
        </w:tc>
        <w:tc>
          <w:tcPr>
            <w:tcW w:w="6336" w:type="dxa"/>
          </w:tcPr>
          <w:p w14:paraId="2B8B570D" w14:textId="77777777" w:rsidR="008A4C82" w:rsidRDefault="00000000">
            <w:pPr>
              <w:spacing w:after="60"/>
            </w:pPr>
            <w:r>
              <w:rPr>
                <w:sz w:val="18"/>
              </w:rPr>
              <w:t>Completes substantial professional development beyond normal requirements and applies or disseminates it in ways that measurably benefit students, colleagues, programs, safety, or the profession.</w:t>
            </w:r>
          </w:p>
        </w:tc>
        <w:tc>
          <w:tcPr>
            <w:tcW w:w="2592" w:type="dxa"/>
          </w:tcPr>
          <w:p w14:paraId="1B975488" w14:textId="77777777" w:rsidR="008A4C82" w:rsidRDefault="00000000">
            <w:pPr>
              <w:spacing w:after="60"/>
            </w:pPr>
            <w:r>
              <w:rPr>
                <w:sz w:val="18"/>
              </w:rPr>
              <w:t>Advanced training; new credentials; implementation evidence; presentations; mentoring; program improvements.</w:t>
            </w:r>
          </w:p>
        </w:tc>
      </w:tr>
      <w:tr w:rsidR="008A4C82" w14:paraId="3703F2E6" w14:textId="77777777">
        <w:trPr>
          <w:jc w:val="center"/>
        </w:trPr>
        <w:tc>
          <w:tcPr>
            <w:tcW w:w="1296" w:type="dxa"/>
          </w:tcPr>
          <w:p w14:paraId="71BD1CB5" w14:textId="77777777" w:rsidR="008A4C82" w:rsidRDefault="00000000">
            <w:pPr>
              <w:spacing w:after="60"/>
            </w:pPr>
            <w:r>
              <w:rPr>
                <w:sz w:val="18"/>
              </w:rPr>
              <w:t>5 - Exemplary</w:t>
            </w:r>
          </w:p>
        </w:tc>
        <w:tc>
          <w:tcPr>
            <w:tcW w:w="6336" w:type="dxa"/>
          </w:tcPr>
          <w:p w14:paraId="7F032DE8" w14:textId="77777777" w:rsidR="008A4C82" w:rsidRDefault="00000000">
            <w:pPr>
              <w:spacing w:after="60"/>
            </w:pPr>
            <w:r>
              <w:rPr>
                <w:sz w:val="18"/>
              </w:rPr>
              <w:t>Demonstrates exceptional sustained professional growth and recognized leadership, with significant influence on School programs, institutional practice, industry, regulation, or the profession.</w:t>
            </w:r>
          </w:p>
        </w:tc>
        <w:tc>
          <w:tcPr>
            <w:tcW w:w="2592" w:type="dxa"/>
          </w:tcPr>
          <w:p w14:paraId="38051BB0" w14:textId="77777777" w:rsidR="008A4C82" w:rsidRDefault="00000000">
            <w:pPr>
              <w:spacing w:after="60"/>
            </w:pPr>
            <w:r>
              <w:rPr>
                <w:sz w:val="18"/>
              </w:rPr>
              <w:t>Major credentials/designations; national leadership; recognized expertise; broad implementation/impact evidence.</w:t>
            </w:r>
          </w:p>
        </w:tc>
      </w:tr>
    </w:tbl>
    <w:p w14:paraId="2D8A31BB" w14:textId="77777777" w:rsidR="008A4C82" w:rsidRDefault="008A4C82"/>
    <w:p w14:paraId="29A2940C" w14:textId="77777777" w:rsidR="008A4C82" w:rsidRDefault="00000000">
      <w:r>
        <w:t>Documentation should emphasize quality, relevance, impact, and alignment with the faculty member's annual workload agreement and goals. Appropriate evidence may include course and assessment materials, student-success outcomes, peer or supervisor feedback, publications and presentations, professional credentials and ratings, FAA or industry designations, grants and applied projects, committee and accreditation work, safety initiatives, awards, and other verifiable products or outcomes. Department Chairs and the Dean may consider comparable discipline-specific accomplishments not listed above.</w:t>
      </w:r>
    </w:p>
    <w:p w14:paraId="5D166447" w14:textId="77777777" w:rsidR="008A4C82" w:rsidRDefault="00000000">
      <w:pPr>
        <w:pStyle w:val="Heading2"/>
      </w:pPr>
      <w:bookmarkStart w:id="46" w:name="hbk_45"/>
      <w:r>
        <w:t>Academic Portfolios</w:t>
      </w:r>
      <w:bookmarkEnd w:id="46"/>
    </w:p>
    <w:p w14:paraId="3F11E26B" w14:textId="77777777" w:rsidR="008A4C82" w:rsidRDefault="00000000">
      <w:pPr>
        <w:spacing w:after="100"/>
      </w:pPr>
      <w:r>
        <w:t>Faculty should maintain an academic portfolio or other documentation required by current MGA evaluation, promotion, tenure, and post-tenure processes. Junior faculty are encouraged to seek mentorship and guidance from senior faculty and Department Chairs when developing their portfolios. Documentation should demonstrate the quality, relevance, and impact of faculty work in the areas applicable to the individual's assignment.</w:t>
      </w:r>
    </w:p>
    <w:p w14:paraId="2C27E88E" w14:textId="77777777" w:rsidR="008A4C82" w:rsidRDefault="00000000">
      <w:pPr>
        <w:spacing w:after="100"/>
      </w:pPr>
      <w:r>
        <w:t>A historically recommended resource is: Seldin, Peter and J. Elizabeth Miller. The Academic Portfolio: A Practical Guide to Documenting Teaching, Research, and Service. Jossey-Bass, 2009.</w:t>
      </w:r>
    </w:p>
    <w:p w14:paraId="12116695" w14:textId="77777777" w:rsidR="008A4C82" w:rsidRDefault="00000000">
      <w:pPr>
        <w:pStyle w:val="Heading2"/>
      </w:pPr>
      <w:bookmarkStart w:id="47" w:name="hbk_46"/>
      <w:r>
        <w:t>Pre-Tenure/Third-Year Review</w:t>
      </w:r>
      <w:bookmarkEnd w:id="47"/>
    </w:p>
    <w:p w14:paraId="4099112F" w14:textId="77777777" w:rsidR="008A4C82" w:rsidRDefault="00000000">
      <w:pPr>
        <w:spacing w:after="100"/>
      </w:pPr>
      <w:r>
        <w:t>Tenure-track faculty participate in the pre-tenure or third-year review process required by current MGA and USG policy. Faculty should consult the current MGA Faculty Handbook for timelines, required documentation, review procedures, and responsibilities.</w:t>
      </w:r>
    </w:p>
    <w:p w14:paraId="4B35149C" w14:textId="77777777" w:rsidR="008A4C82" w:rsidRDefault="00000000">
      <w:pPr>
        <w:pStyle w:val="Heading2"/>
      </w:pPr>
      <w:bookmarkStart w:id="48" w:name="hbk_47"/>
      <w:r>
        <w:t>Promotion</w:t>
      </w:r>
      <w:bookmarkEnd w:id="48"/>
    </w:p>
    <w:p w14:paraId="4E648B06" w14:textId="77777777" w:rsidR="008A4C82" w:rsidRDefault="00000000">
      <w:pPr>
        <w:spacing w:after="100"/>
      </w:pPr>
      <w:r>
        <w:t>Promotion is governed by current MGA and USG policies and procedures. School of Aviation faculty should use the discipline-appropriate examples in this handbook as guidance for documenting scholarship, professional achievement, teaching, service, and professional development, while recognizing that the MGA Faculty Handbook and USG policy control promotion requirements.</w:t>
      </w:r>
    </w:p>
    <w:p w14:paraId="023643AB" w14:textId="77777777" w:rsidR="008A4C82" w:rsidRDefault="00000000">
      <w:pPr>
        <w:pStyle w:val="Heading2"/>
      </w:pPr>
      <w:bookmarkStart w:id="49" w:name="hbk_48"/>
      <w:r>
        <w:lastRenderedPageBreak/>
        <w:t>Tenure</w:t>
      </w:r>
      <w:bookmarkEnd w:id="49"/>
    </w:p>
    <w:p w14:paraId="76CEAC78" w14:textId="77777777" w:rsidR="008A4C82" w:rsidRDefault="00000000">
      <w:pPr>
        <w:spacing w:after="100"/>
      </w:pPr>
      <w:r>
        <w:t>Tenure eligibility, criteria, timelines, and review procedures are governed by current MGA and USG policy. Faculty should consult the current MGA Faculty Handbook and applicable BOR policy when preparing for tenure review.</w:t>
      </w:r>
    </w:p>
    <w:p w14:paraId="71BB5E05" w14:textId="77777777" w:rsidR="008A4C82" w:rsidRDefault="00000000">
      <w:pPr>
        <w:pStyle w:val="Heading2"/>
      </w:pPr>
      <w:bookmarkStart w:id="50" w:name="hbk_49"/>
      <w:r>
        <w:t>Post-Tenure Review</w:t>
      </w:r>
      <w:bookmarkEnd w:id="50"/>
    </w:p>
    <w:p w14:paraId="3C12E246" w14:textId="77777777" w:rsidR="008A4C82" w:rsidRDefault="00000000">
      <w:pPr>
        <w:spacing w:after="100"/>
      </w:pPr>
      <w:r>
        <w:t>Tenured faculty participate in post-tenure review in accordance with current MGA and USG requirements. Each tenured faculty member normally participates in post-tenure review within five years following the award of tenure and at least once every five years thereafter, subject to applicable provisions for earlier or corrective review. Faculty should consult the current MGA Faculty Handbook for documentation, procedures, and performance-remediation requirements.</w:t>
      </w:r>
    </w:p>
    <w:p w14:paraId="3B7F6608" w14:textId="77777777" w:rsidR="008A4C82" w:rsidRDefault="00000000">
      <w:pPr>
        <w:spacing w:after="100"/>
      </w:pPr>
      <w:r>
        <w:t xml:space="preserve">Current forms and guidance are available through </w:t>
      </w:r>
      <w:hyperlink r:id="rId39">
        <w:r w:rsidR="008A4C82">
          <w:rPr>
            <w:color w:val="0563C1"/>
            <w:u w:val="single"/>
          </w:rPr>
          <w:t>MGA Promotion, Tenure and Post-Tenure Review resources</w:t>
        </w:r>
      </w:hyperlink>
      <w:r>
        <w:t>.</w:t>
      </w:r>
    </w:p>
    <w:p w14:paraId="217A0924" w14:textId="77777777" w:rsidR="008A4C82" w:rsidRDefault="00000000">
      <w:pPr>
        <w:pStyle w:val="Heading1"/>
      </w:pPr>
      <w:bookmarkStart w:id="51" w:name="hbk_50"/>
      <w:r>
        <w:t>8. School and Department Committees</w:t>
      </w:r>
      <w:bookmarkEnd w:id="51"/>
    </w:p>
    <w:p w14:paraId="61BD6173" w14:textId="77777777" w:rsidR="008A4C82" w:rsidRDefault="00000000">
      <w:pPr>
        <w:spacing w:after="100"/>
      </w:pPr>
      <w:r>
        <w:t>Faculty are expected to participate in School and Department committees as assigned. Committee service is an important component of shared governance and faculty service within the School of Aviation. Committee structures, membership, and assignments may be modified as operational needs change.</w:t>
      </w:r>
    </w:p>
    <w:p w14:paraId="39505B89" w14:textId="77777777" w:rsidR="008A4C82" w:rsidRDefault="00000000">
      <w:pPr>
        <w:spacing w:after="100"/>
      </w:pPr>
      <w:r>
        <w:t>School of Aviation committees include:</w:t>
      </w:r>
    </w:p>
    <w:p w14:paraId="5AD459AE" w14:textId="77777777" w:rsidR="008A4C82" w:rsidRDefault="00000000">
      <w:pPr>
        <w:pStyle w:val="ListBullet"/>
        <w:spacing w:after="40"/>
      </w:pPr>
      <w:r>
        <w:t>Curriculum Committee</w:t>
      </w:r>
    </w:p>
    <w:p w14:paraId="1F8149EB" w14:textId="77777777" w:rsidR="008A4C82" w:rsidRDefault="00000000">
      <w:pPr>
        <w:pStyle w:val="ListBullet"/>
        <w:spacing w:after="40"/>
      </w:pPr>
      <w:r>
        <w:t>Faculty Development Committee</w:t>
      </w:r>
    </w:p>
    <w:p w14:paraId="3DFD90D1" w14:textId="77777777" w:rsidR="008A4C82" w:rsidRDefault="00000000">
      <w:pPr>
        <w:pStyle w:val="ListBullet"/>
        <w:spacing w:after="40"/>
      </w:pPr>
      <w:r>
        <w:t>Textbook Approval Committee</w:t>
      </w:r>
    </w:p>
    <w:p w14:paraId="43A9709A" w14:textId="77777777" w:rsidR="008A4C82" w:rsidRDefault="00000000">
      <w:pPr>
        <w:pStyle w:val="ListBullet"/>
        <w:spacing w:after="40"/>
      </w:pPr>
      <w:r>
        <w:t>Alumni Affairs Committee</w:t>
      </w:r>
    </w:p>
    <w:p w14:paraId="56519325" w14:textId="77777777" w:rsidR="008A4C82" w:rsidRDefault="00000000">
      <w:pPr>
        <w:pStyle w:val="ListBullet"/>
        <w:spacing w:after="40"/>
      </w:pPr>
      <w:r>
        <w:t>Aviation Safety Committee - chaired by the SOA Safety Manager</w:t>
      </w:r>
    </w:p>
    <w:p w14:paraId="1286CC0F" w14:textId="77777777" w:rsidR="008A4C82" w:rsidRDefault="00000000">
      <w:pPr>
        <w:pStyle w:val="ListBullet"/>
        <w:spacing w:after="40"/>
      </w:pPr>
      <w:r>
        <w:t>Advisory Committee (Faculty Representative)</w:t>
      </w:r>
    </w:p>
    <w:p w14:paraId="584F1837" w14:textId="77777777" w:rsidR="008A4C82" w:rsidRDefault="00000000">
      <w:pPr>
        <w:pStyle w:val="Heading1"/>
      </w:pPr>
      <w:bookmarkStart w:id="52" w:name="hbk_51"/>
      <w:r>
        <w:t>9. Other Policies and Procedures</w:t>
      </w:r>
      <w:bookmarkEnd w:id="52"/>
    </w:p>
    <w:p w14:paraId="6D60DBBB" w14:textId="77777777" w:rsidR="008A4C82" w:rsidRDefault="00000000">
      <w:pPr>
        <w:pStyle w:val="Heading2"/>
      </w:pPr>
      <w:bookmarkStart w:id="53" w:name="hbk_52"/>
      <w:r>
        <w:t>Student Organizations</w:t>
      </w:r>
      <w:bookmarkEnd w:id="53"/>
    </w:p>
    <w:p w14:paraId="37DA8866" w14:textId="77777777" w:rsidR="008A4C82" w:rsidRDefault="00000000">
      <w:pPr>
        <w:spacing w:after="100"/>
      </w:pPr>
      <w:r>
        <w:t>Information regarding current student organizations is available through the School of Aviation and University student-life resources. Faculty involvement or advising responsibilities are assigned as appropriate.</w:t>
      </w:r>
    </w:p>
    <w:p w14:paraId="55AF8772" w14:textId="77777777" w:rsidR="008A4C82" w:rsidRDefault="00000000">
      <w:pPr>
        <w:pStyle w:val="Heading2"/>
      </w:pPr>
      <w:bookmarkStart w:id="54" w:name="hbk_53"/>
      <w:r>
        <w:t>Communication and Inside MGA</w:t>
      </w:r>
      <w:bookmarkEnd w:id="54"/>
    </w:p>
    <w:p w14:paraId="49EC0AD0" w14:textId="77777777" w:rsidR="008A4C82" w:rsidRDefault="00000000">
      <w:pPr>
        <w:spacing w:after="100"/>
      </w:pPr>
      <w:r>
        <w:t>School news and updates are communicated through Inside MGA and other official institutional channels. Faculty submissions concerning the School of Aviation intended for publication through Inside MGA or other official institutional communication channels must receive approval from the Dean or Associate Dean prior to submission.</w:t>
      </w:r>
    </w:p>
    <w:p w14:paraId="7F67A4B3" w14:textId="77777777" w:rsidR="008A4C82" w:rsidRDefault="00000000">
      <w:pPr>
        <w:pStyle w:val="Heading2"/>
      </w:pPr>
      <w:bookmarkStart w:id="55" w:name="hbk_55"/>
      <w:r>
        <w:t>Reserving Conference Rooms and Academic Space</w:t>
      </w:r>
      <w:bookmarkEnd w:id="55"/>
    </w:p>
    <w:p w14:paraId="462670BF" w14:textId="77777777" w:rsidR="00275A34" w:rsidRDefault="00275A34" w:rsidP="00275A34">
      <w:r>
        <w:t xml:space="preserve">Reservations for School of Aviation conference rooms and academic spaces must be coordinated through the </w:t>
      </w:r>
      <w:r w:rsidRPr="00275A34">
        <w:rPr>
          <w:rStyle w:val="Strong"/>
          <w:b w:val="0"/>
          <w:bCs w:val="0"/>
        </w:rPr>
        <w:t>Administrative Coordinator to the Dean</w:t>
      </w:r>
      <w:r>
        <w:t xml:space="preserve"> and follow applicable University scheduling procedures.</w:t>
      </w:r>
    </w:p>
    <w:p w14:paraId="4BC023D5" w14:textId="77777777" w:rsidR="008A4C82" w:rsidRDefault="00000000">
      <w:pPr>
        <w:pStyle w:val="Heading2"/>
      </w:pPr>
      <w:bookmarkStart w:id="56" w:name="hbk_56"/>
      <w:r>
        <w:lastRenderedPageBreak/>
        <w:t>Employee Mental Health Services</w:t>
      </w:r>
      <w:bookmarkEnd w:id="56"/>
    </w:p>
    <w:p w14:paraId="252B710E" w14:textId="77777777" w:rsidR="008A4C82" w:rsidRDefault="00000000">
      <w:pPr>
        <w:spacing w:after="100"/>
      </w:pPr>
      <w:r>
        <w:t>Employee assistance and counseling resources are available through current University System of Georgia and MGA Human Resources programs. Faculty should use current institutional resources for service details and eligibility information.</w:t>
      </w:r>
    </w:p>
    <w:p w14:paraId="0E9CF54A" w14:textId="77777777" w:rsidR="008A4C82" w:rsidRDefault="00000000">
      <w:pPr>
        <w:spacing w:after="100"/>
      </w:pPr>
      <w:r>
        <w:t xml:space="preserve">See </w:t>
      </w:r>
      <w:hyperlink r:id="rId40">
        <w:r w:rsidR="008A4C82">
          <w:rPr>
            <w:color w:val="0563C1"/>
            <w:u w:val="single"/>
          </w:rPr>
          <w:t>MGA Human Resources</w:t>
        </w:r>
      </w:hyperlink>
      <w:r>
        <w:t xml:space="preserve"> for current employee resources.</w:t>
      </w:r>
    </w:p>
    <w:p w14:paraId="367ACB22" w14:textId="77777777" w:rsidR="008A4C82" w:rsidRDefault="00000000">
      <w:pPr>
        <w:pStyle w:val="Heading2"/>
      </w:pPr>
      <w:bookmarkStart w:id="57" w:name="hbk_57"/>
      <w:r>
        <w:t>Student Mental Health Services</w:t>
      </w:r>
      <w:bookmarkEnd w:id="57"/>
    </w:p>
    <w:p w14:paraId="1FCFBA7C" w14:textId="77777777" w:rsidR="008A4C82" w:rsidRDefault="00000000">
      <w:pPr>
        <w:spacing w:after="100"/>
      </w:pPr>
      <w:r>
        <w:t>Faculty should refer students who need counseling, mental-health, or well-being assistance to appropriate University resources. Faculty should use current University resources rather than attempting to provide clinical counseling outside their professional role.</w:t>
      </w:r>
    </w:p>
    <w:p w14:paraId="7F31E66F" w14:textId="77777777" w:rsidR="008A4C82" w:rsidRDefault="00000000">
      <w:pPr>
        <w:spacing w:after="100"/>
      </w:pPr>
      <w:r>
        <w:t xml:space="preserve">See </w:t>
      </w:r>
      <w:hyperlink r:id="rId41">
        <w:r w:rsidR="008A4C82">
          <w:rPr>
            <w:color w:val="0563C1"/>
            <w:u w:val="single"/>
          </w:rPr>
          <w:t>MGA Counseling Services</w:t>
        </w:r>
      </w:hyperlink>
      <w:r>
        <w:t xml:space="preserve"> and </w:t>
      </w:r>
      <w:hyperlink r:id="rId42">
        <w:r w:rsidR="008A4C82">
          <w:rPr>
            <w:color w:val="0563C1"/>
            <w:u w:val="single"/>
          </w:rPr>
          <w:t>MGA Student Care Campus Resources</w:t>
        </w:r>
      </w:hyperlink>
      <w:r>
        <w:t>.</w:t>
      </w:r>
    </w:p>
    <w:p w14:paraId="386223CA" w14:textId="77777777" w:rsidR="008A4C82" w:rsidRDefault="00000000">
      <w:pPr>
        <w:pStyle w:val="Heading2"/>
      </w:pPr>
      <w:bookmarkStart w:id="58" w:name="hbk_58"/>
      <w:r>
        <w:t>Service and Assistance Animals</w:t>
      </w:r>
      <w:bookmarkEnd w:id="58"/>
    </w:p>
    <w:p w14:paraId="2803D2C7" w14:textId="77777777" w:rsidR="008A4C82" w:rsidRDefault="00000000">
      <w:pPr>
        <w:spacing w:after="100"/>
      </w:pPr>
      <w:r>
        <w:t>Faculty should consult Accessibility Services regarding applicable procedures when a student uses a service animal in a classroom, laboratory, or other instructional environment. Emotional Support Animals (ESAs) are governed by separate University procedures and are generally limited to approved residential settings; they are not treated as service animals for access to classrooms or other public campus spaces. Faculty should not independently determine eligibility for an accommodation. Safety-sensitive environments may require coordination with Accessibility Services and appropriate School personnel to implement approved accommodations while maintaining essential safety requirements.</w:t>
      </w:r>
    </w:p>
    <w:p w14:paraId="35B9E054" w14:textId="77777777" w:rsidR="008A4C82" w:rsidRDefault="00000000">
      <w:pPr>
        <w:spacing w:after="100"/>
      </w:pPr>
      <w:r>
        <w:t xml:space="preserve">See </w:t>
      </w:r>
      <w:hyperlink r:id="rId43">
        <w:r w:rsidR="008A4C82">
          <w:rPr>
            <w:color w:val="0563C1"/>
            <w:u w:val="single"/>
          </w:rPr>
          <w:t>MGA Accessibility Services</w:t>
        </w:r>
      </w:hyperlink>
      <w:r>
        <w:t xml:space="preserve"> for current guidance.</w:t>
      </w:r>
    </w:p>
    <w:p w14:paraId="36DFCDA8" w14:textId="77777777" w:rsidR="008A4C82" w:rsidRDefault="00000000">
      <w:pPr>
        <w:pStyle w:val="Heading2"/>
      </w:pPr>
      <w:bookmarkStart w:id="59" w:name="hbk_59"/>
      <w:r>
        <w:t>Accessibility Services</w:t>
      </w:r>
      <w:bookmarkEnd w:id="59"/>
    </w:p>
    <w:p w14:paraId="42E18963" w14:textId="77777777" w:rsidR="008A4C82" w:rsidRDefault="00000000">
      <w:pPr>
        <w:spacing w:after="100"/>
      </w:pPr>
      <w:r>
        <w:t>Faculty are responsible for implementing approved accommodations communicated through the appropriate University process and should contact Accessibility Services when clarification or assistance is needed. Course materials, instructional technologies, and faculty-created documents should be prepared with accessibility in mind and in accordance with current University requirements.</w:t>
      </w:r>
    </w:p>
    <w:p w14:paraId="61606F42" w14:textId="77777777" w:rsidR="008A4C82" w:rsidRDefault="00000000">
      <w:pPr>
        <w:spacing w:after="100"/>
      </w:pPr>
      <w:r>
        <w:t xml:space="preserve">See </w:t>
      </w:r>
      <w:hyperlink r:id="rId44">
        <w:r w:rsidR="008A4C82">
          <w:rPr>
            <w:color w:val="0563C1"/>
            <w:u w:val="single"/>
          </w:rPr>
          <w:t>MGA Accessibility Services</w:t>
        </w:r>
      </w:hyperlink>
      <w:r>
        <w:t xml:space="preserve"> for current procedures and resources.</w:t>
      </w:r>
    </w:p>
    <w:p w14:paraId="4B991E14" w14:textId="77777777" w:rsidR="008A4C82" w:rsidRDefault="00000000">
      <w:pPr>
        <w:spacing w:after="100"/>
      </w:pPr>
      <w:r>
        <w:t>This handbook will be modified as institutional needs, policies, and trends in higher education and aviation evolve.</w:t>
      </w:r>
    </w:p>
    <w:sectPr w:rsidR="008A4C82" w:rsidSect="00034616">
      <w:footerReference w:type="default" r:id="rId45"/>
      <w:pgSz w:w="12240" w:h="15840"/>
      <w:pgMar w:top="1008" w:right="1152" w:bottom="936"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D48D0" w14:textId="77777777" w:rsidR="003A1AF7" w:rsidRDefault="003A1AF7">
      <w:pPr>
        <w:spacing w:after="0" w:line="240" w:lineRule="auto"/>
      </w:pPr>
      <w:r>
        <w:separator/>
      </w:r>
    </w:p>
  </w:endnote>
  <w:endnote w:type="continuationSeparator" w:id="0">
    <w:p w14:paraId="50D4C491" w14:textId="77777777" w:rsidR="003A1AF7" w:rsidRDefault="003A1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A1DA6" w14:textId="77777777" w:rsidR="008A4C82" w:rsidRDefault="00000000">
    <w:pPr>
      <w:pStyle w:val="Footer"/>
      <w:jc w:val="center"/>
    </w:pPr>
    <w:r>
      <w:fldChar w:fldCharType="begin"/>
    </w:r>
    <w:r>
      <w:instrText xml:space="preserve"> PAGE </w:instrText>
    </w:r>
    <w:r>
      <w:fldChar w:fldCharType="separate"/>
    </w:r>
    <w:r w:rsidR="00275A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6B90B" w14:textId="77777777" w:rsidR="003A1AF7" w:rsidRDefault="003A1AF7">
      <w:pPr>
        <w:spacing w:after="0" w:line="240" w:lineRule="auto"/>
      </w:pPr>
      <w:r>
        <w:separator/>
      </w:r>
    </w:p>
  </w:footnote>
  <w:footnote w:type="continuationSeparator" w:id="0">
    <w:p w14:paraId="3288F89E" w14:textId="77777777" w:rsidR="003A1AF7" w:rsidRDefault="003A1A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354E4C1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94334F7"/>
    <w:multiLevelType w:val="hybridMultilevel"/>
    <w:tmpl w:val="5D88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F11261"/>
    <w:multiLevelType w:val="hybridMultilevel"/>
    <w:tmpl w:val="8B723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7690594">
    <w:abstractNumId w:val="8"/>
  </w:num>
  <w:num w:numId="2" w16cid:durableId="1127044751">
    <w:abstractNumId w:val="6"/>
  </w:num>
  <w:num w:numId="3" w16cid:durableId="313141772">
    <w:abstractNumId w:val="5"/>
  </w:num>
  <w:num w:numId="4" w16cid:durableId="1152254689">
    <w:abstractNumId w:val="4"/>
  </w:num>
  <w:num w:numId="5" w16cid:durableId="489827290">
    <w:abstractNumId w:val="7"/>
  </w:num>
  <w:num w:numId="6" w16cid:durableId="1552955892">
    <w:abstractNumId w:val="3"/>
  </w:num>
  <w:num w:numId="7" w16cid:durableId="791097934">
    <w:abstractNumId w:val="2"/>
  </w:num>
  <w:num w:numId="8" w16cid:durableId="1763449468">
    <w:abstractNumId w:val="1"/>
  </w:num>
  <w:num w:numId="9" w16cid:durableId="338971690">
    <w:abstractNumId w:val="0"/>
  </w:num>
  <w:num w:numId="10" w16cid:durableId="1021399793">
    <w:abstractNumId w:val="9"/>
  </w:num>
  <w:num w:numId="11" w16cid:durableId="4467057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75A34"/>
    <w:rsid w:val="0029639D"/>
    <w:rsid w:val="00326F90"/>
    <w:rsid w:val="003A1AF7"/>
    <w:rsid w:val="005214A7"/>
    <w:rsid w:val="007C4DA1"/>
    <w:rsid w:val="007F006E"/>
    <w:rsid w:val="008A4C82"/>
    <w:rsid w:val="00AA1D8D"/>
    <w:rsid w:val="00B47730"/>
    <w:rsid w:val="00BF577B"/>
    <w:rsid w:val="00CB0664"/>
    <w:rsid w:val="00D6066D"/>
    <w:rsid w:val="00DA10B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29D4C7"/>
  <w14:defaultImageDpi w14:val="300"/>
  <w15:docId w15:val="{4BA98228-59D6-4FB0-BAB5-0CDCA335D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ind w:left="36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ga.smartcatalogiq.com/" TargetMode="External"/><Relationship Id="rId18" Type="http://schemas.openxmlformats.org/officeDocument/2006/relationships/hyperlink" Target="https://www.mga.edu/faculty-staff/docs/MGA_Faculty_Handbook.pdf" TargetMode="External"/><Relationship Id="rId26" Type="http://schemas.openxmlformats.org/officeDocument/2006/relationships/hyperlink" Target="https://policies.mga.edu/policy-manual/section-6-campus-affairs/6-7-minors-policy.php" TargetMode="External"/><Relationship Id="rId39" Type="http://schemas.openxmlformats.org/officeDocument/2006/relationships/hyperlink" Target="https://www.mga.edu/faculty-staff/promotion-tenure-review-committee/index.php" TargetMode="External"/><Relationship Id="rId21" Type="http://schemas.openxmlformats.org/officeDocument/2006/relationships/hyperlink" Target="https://policymanual.usg.edu/section8/C224" TargetMode="External"/><Relationship Id="rId34" Type="http://schemas.openxmlformats.org/officeDocument/2006/relationships/hyperlink" Target="https://policymanual.usg.edu/" TargetMode="External"/><Relationship Id="rId42" Type="http://schemas.openxmlformats.org/officeDocument/2006/relationships/hyperlink" Target="https://www.mga.edu/student-affairs/student-conduct-care/student-care/campus-resources.php"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ga.edu/registrar/ferpa.php" TargetMode="External"/><Relationship Id="rId29" Type="http://schemas.openxmlformats.org/officeDocument/2006/relationships/hyperlink" Target="https://mga.simplesyllabu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ga.edu/faculty-staff/docs/MGA_Faculty_Handbook.pdf" TargetMode="External"/><Relationship Id="rId24" Type="http://schemas.openxmlformats.org/officeDocument/2006/relationships/hyperlink" Target="https://www.mga.edu/marketing-communications/brand.php" TargetMode="External"/><Relationship Id="rId32" Type="http://schemas.openxmlformats.org/officeDocument/2006/relationships/hyperlink" Target="https://www.mga.edu/registrar/faculty-resources/index.php" TargetMode="External"/><Relationship Id="rId37" Type="http://schemas.openxmlformats.org/officeDocument/2006/relationships/hyperlink" Target="https://www.mga.edu/faculty-staff/docs/MGA_Faculty_Handbook.pdf" TargetMode="External"/><Relationship Id="rId40" Type="http://schemas.openxmlformats.org/officeDocument/2006/relationships/hyperlink" Target="https://www.mga.edu/human-resources/"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ga.edu/student-affairs/student-conduct-care/student-conduct/index.php" TargetMode="External"/><Relationship Id="rId23" Type="http://schemas.openxmlformats.org/officeDocument/2006/relationships/hyperlink" Target="https://policies.mga.edu/policy-manual/section-11-technology/11-3-social-media-guidelines.php" TargetMode="External"/><Relationship Id="rId28" Type="http://schemas.openxmlformats.org/officeDocument/2006/relationships/hyperlink" Target="https://www.mga.edu/faculty-affairs/university-syllabus.php" TargetMode="External"/><Relationship Id="rId36" Type="http://schemas.openxmlformats.org/officeDocument/2006/relationships/hyperlink" Target="https://www.mga.edu/faculty-staff/docs/MGA_Faculty_Handbook.pdf" TargetMode="External"/><Relationship Id="rId10" Type="http://schemas.openxmlformats.org/officeDocument/2006/relationships/hyperlink" Target="https://www.usg.edu/academic_affairs_handbook/" TargetMode="External"/><Relationship Id="rId19" Type="http://schemas.openxmlformats.org/officeDocument/2006/relationships/hyperlink" Target="https://policies.mga.edu/policy-manual/section-7-finance-business/7-5-travel/index.php" TargetMode="External"/><Relationship Id="rId31" Type="http://schemas.openxmlformats.org/officeDocument/2006/relationships/hyperlink" Target="https://www.mga.edu/d2l/" TargetMode="External"/><Relationship Id="rId44" Type="http://schemas.openxmlformats.org/officeDocument/2006/relationships/hyperlink" Target="https://www.mga.edu/accessibility-services/index.php" TargetMode="External"/><Relationship Id="rId4" Type="http://schemas.openxmlformats.org/officeDocument/2006/relationships/settings" Target="settings.xml"/><Relationship Id="rId9" Type="http://schemas.openxmlformats.org/officeDocument/2006/relationships/hyperlink" Target="https://policymanual.usg.edu/" TargetMode="External"/><Relationship Id="rId14" Type="http://schemas.openxmlformats.org/officeDocument/2006/relationships/hyperlink" Target="https://mga.smartcatalogiq.com/" TargetMode="External"/><Relationship Id="rId22" Type="http://schemas.openxmlformats.org/officeDocument/2006/relationships/hyperlink" Target="https://www.mga.edu/faculty-staff/docs/MGA_Faculty_Handbook.pdf" TargetMode="External"/><Relationship Id="rId27" Type="http://schemas.openxmlformats.org/officeDocument/2006/relationships/hyperlink" Target="https://policies.mga.edu/policy-manual/section-8-human-resources/8-1-human-resources-general/8-1-5-conflicts-interest-commitment/8-1-5-3-outside-activities.php" TargetMode="External"/><Relationship Id="rId30" Type="http://schemas.openxmlformats.org/officeDocument/2006/relationships/hyperlink" Target="https://www.mga.edu/center-excellence-teaching-learning/webinars.php" TargetMode="External"/><Relationship Id="rId35" Type="http://schemas.openxmlformats.org/officeDocument/2006/relationships/hyperlink" Target="https://www.mga.edu/faculty-staff/docs/MGA_Faculty_Handbook.pdf" TargetMode="External"/><Relationship Id="rId43" Type="http://schemas.openxmlformats.org/officeDocument/2006/relationships/hyperlink" Target="https://www.mga.edu/accessibility-services/index.php"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policies.mga.edu/" TargetMode="External"/><Relationship Id="rId17" Type="http://schemas.openxmlformats.org/officeDocument/2006/relationships/image" Target="media/image2.png"/><Relationship Id="rId25" Type="http://schemas.openxmlformats.org/officeDocument/2006/relationships/hyperlink" Target="https://www.mga.edu/directory/index.php" TargetMode="External"/><Relationship Id="rId33" Type="http://schemas.openxmlformats.org/officeDocument/2006/relationships/hyperlink" Target="https://www.mga.edu/faculty-staff/docs/MGA_Faculty_Handbook.pdf" TargetMode="External"/><Relationship Id="rId38" Type="http://schemas.openxmlformats.org/officeDocument/2006/relationships/hyperlink" Target="https://www.mga.edu/faculty-staff/docs/MGA_Faculty_Handbook.pdf" TargetMode="External"/><Relationship Id="rId46" Type="http://schemas.openxmlformats.org/officeDocument/2006/relationships/fontTable" Target="fontTable.xml"/><Relationship Id="rId20" Type="http://schemas.openxmlformats.org/officeDocument/2006/relationships/hyperlink" Target="https://policymanual.usg.edu/section8/C224" TargetMode="External"/><Relationship Id="rId41" Type="http://schemas.openxmlformats.org/officeDocument/2006/relationships/hyperlink" Target="https://www.mga.edu/counseling-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18</Pages>
  <Words>6773</Words>
  <Characters>38612</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45295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of Aviation Faculty Handbook 2026-2027</dc:title>
  <dc:subject>School of Aviation faculty guidance, expectations, and procedures</dc:subject>
  <dc:creator>Middle Georgia State University School of Aviation</dc:creator>
  <cp:keywords>School of Aviation, Faculty Handbook, accessibility, ADA, 2026-2027</cp:keywords>
  <dc:description>generated by python-docx</dc:description>
  <cp:lastModifiedBy>Weathersbee, Edward G.</cp:lastModifiedBy>
  <cp:revision>4</cp:revision>
  <dcterms:created xsi:type="dcterms:W3CDTF">2013-12-23T23:15:00Z</dcterms:created>
  <dcterms:modified xsi:type="dcterms:W3CDTF">2026-09-02T16:57:00Z</dcterms:modified>
  <cp:category/>
</cp:coreProperties>
</file>